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C47F2F" w14:textId="77777777" w:rsidR="00E8159C" w:rsidRPr="00A56E5C" w:rsidRDefault="0045064E" w:rsidP="00A56E5C">
      <w:pPr>
        <w:spacing w:after="0"/>
        <w:jc w:val="center"/>
        <w:rPr>
          <w:rFonts w:ascii="Times New Roman" w:hAnsi="Times New Roman" w:cs="Times New Roman"/>
        </w:rPr>
      </w:pPr>
      <w:r w:rsidRPr="00A56E5C">
        <w:rPr>
          <w:rFonts w:ascii="Times New Roman" w:hAnsi="Times New Roman" w:cs="Times New Roman"/>
          <w:b/>
          <w:sz w:val="28"/>
        </w:rPr>
        <w:t>KHYBER GIRLS MEDICAL COLLEGE, PESHAWAR</w:t>
      </w:r>
    </w:p>
    <w:p w14:paraId="524FE226" w14:textId="07F1FE1E" w:rsidR="00E8159C" w:rsidRPr="00A56E5C" w:rsidRDefault="0045064E" w:rsidP="00A56E5C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A56E5C">
        <w:rPr>
          <w:rFonts w:ascii="Times New Roman" w:hAnsi="Times New Roman" w:cs="Times New Roman"/>
          <w:b/>
          <w:sz w:val="24"/>
        </w:rPr>
        <w:t>FACULTY TEACHING HOURS ALLOCATION PROFORMA</w:t>
      </w:r>
    </w:p>
    <w:p w14:paraId="5DA3AEDC" w14:textId="77777777" w:rsidR="00E8159C" w:rsidRDefault="0045064E" w:rsidP="00A56E5C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3712FC">
        <w:rPr>
          <w:rFonts w:ascii="Times New Roman" w:hAnsi="Times New Roman" w:cs="Times New Roman"/>
          <w:b/>
          <w:sz w:val="24"/>
        </w:rPr>
        <w:t>Academic Year 2025–26</w:t>
      </w:r>
    </w:p>
    <w:p w14:paraId="3E6370FA" w14:textId="77777777" w:rsidR="00A56E5C" w:rsidRPr="003712FC" w:rsidRDefault="00A56E5C" w:rsidP="00A56E5C">
      <w:pPr>
        <w:spacing w:after="0"/>
        <w:jc w:val="center"/>
        <w:rPr>
          <w:rFonts w:ascii="Times New Roman" w:hAnsi="Times New Roman" w:cs="Times New Roman"/>
          <w:sz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484"/>
        <w:gridCol w:w="2592"/>
        <w:gridCol w:w="2592"/>
        <w:gridCol w:w="2680"/>
      </w:tblGrid>
      <w:tr w:rsidR="00E8159C" w:rsidRPr="003712FC" w14:paraId="7FCC801E" w14:textId="77777777" w:rsidTr="00B1198C">
        <w:tc>
          <w:tcPr>
            <w:tcW w:w="2484" w:type="dxa"/>
            <w:shd w:val="clear" w:color="auto" w:fill="D9EAF7"/>
            <w:vAlign w:val="center"/>
          </w:tcPr>
          <w:p w14:paraId="6B780CB4" w14:textId="77777777" w:rsidR="00E8159C" w:rsidRPr="003712FC" w:rsidRDefault="0045064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Department</w:t>
            </w:r>
          </w:p>
        </w:tc>
        <w:tc>
          <w:tcPr>
            <w:tcW w:w="2592" w:type="dxa"/>
            <w:vAlign w:val="center"/>
          </w:tcPr>
          <w:p w14:paraId="778C4CF9" w14:textId="51B1D0FE" w:rsidR="00E8159C" w:rsidRPr="003712FC" w:rsidRDefault="00E8159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92" w:type="dxa"/>
            <w:shd w:val="clear" w:color="auto" w:fill="D9EAF7"/>
            <w:vAlign w:val="center"/>
          </w:tcPr>
          <w:p w14:paraId="5C71E8C3" w14:textId="77777777" w:rsidR="00E8159C" w:rsidRPr="003712FC" w:rsidRDefault="0045064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Chairperson</w:t>
            </w:r>
          </w:p>
        </w:tc>
        <w:tc>
          <w:tcPr>
            <w:tcW w:w="2680" w:type="dxa"/>
            <w:vAlign w:val="center"/>
          </w:tcPr>
          <w:p w14:paraId="18FB67DE" w14:textId="2A2751CA" w:rsidR="00E8159C" w:rsidRPr="003712FC" w:rsidRDefault="00E8159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8159C" w:rsidRPr="003712FC" w14:paraId="3C02AEA0" w14:textId="77777777" w:rsidTr="00B1198C">
        <w:tc>
          <w:tcPr>
            <w:tcW w:w="2484" w:type="dxa"/>
            <w:shd w:val="clear" w:color="auto" w:fill="D9EAF7"/>
            <w:vAlign w:val="center"/>
          </w:tcPr>
          <w:p w14:paraId="635C023F" w14:textId="77777777" w:rsidR="00E8159C" w:rsidRPr="003712FC" w:rsidRDefault="0045064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Date of Submission</w:t>
            </w:r>
          </w:p>
        </w:tc>
        <w:tc>
          <w:tcPr>
            <w:tcW w:w="2592" w:type="dxa"/>
            <w:vAlign w:val="center"/>
          </w:tcPr>
          <w:p w14:paraId="5BCF14C2" w14:textId="2DAB92B1" w:rsidR="00E8159C" w:rsidRPr="003712FC" w:rsidRDefault="00E8159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92" w:type="dxa"/>
            <w:shd w:val="clear" w:color="auto" w:fill="D9EAF7"/>
            <w:vAlign w:val="center"/>
          </w:tcPr>
          <w:p w14:paraId="325C4991" w14:textId="77777777" w:rsidR="00E8159C" w:rsidRPr="003712FC" w:rsidRDefault="0045064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Academic Year</w:t>
            </w:r>
          </w:p>
        </w:tc>
        <w:tc>
          <w:tcPr>
            <w:tcW w:w="2680" w:type="dxa"/>
            <w:vAlign w:val="center"/>
          </w:tcPr>
          <w:p w14:paraId="197F1984" w14:textId="77777777" w:rsidR="00E8159C" w:rsidRPr="003712FC" w:rsidRDefault="0045064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2"/>
              </w:rPr>
              <w:t>2025–26</w:t>
            </w:r>
          </w:p>
        </w:tc>
      </w:tr>
    </w:tbl>
    <w:p w14:paraId="0F09F47F" w14:textId="77777777" w:rsidR="00B1198C" w:rsidRPr="003712FC" w:rsidRDefault="00B1198C">
      <w:pPr>
        <w:rPr>
          <w:rFonts w:ascii="Times New Roman" w:hAnsi="Times New Roman" w:cs="Times New Roman"/>
          <w:b/>
          <w:sz w:val="24"/>
        </w:rPr>
      </w:pPr>
    </w:p>
    <w:p w14:paraId="4DF20984" w14:textId="77777777" w:rsidR="00E8159C" w:rsidRPr="003712FC" w:rsidRDefault="0045064E">
      <w:pPr>
        <w:rPr>
          <w:rFonts w:ascii="Times New Roman" w:hAnsi="Times New Roman" w:cs="Times New Roman"/>
          <w:sz w:val="24"/>
        </w:rPr>
      </w:pPr>
      <w:r w:rsidRPr="003712FC">
        <w:rPr>
          <w:rFonts w:ascii="Times New Roman" w:hAnsi="Times New Roman" w:cs="Times New Roman"/>
          <w:b/>
          <w:sz w:val="24"/>
        </w:rPr>
        <w:t>A. DEPARTMENTAL SUMMARY OF TEACHING HOURS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40"/>
        <w:gridCol w:w="1296"/>
        <w:gridCol w:w="1296"/>
        <w:gridCol w:w="1494"/>
        <w:gridCol w:w="1296"/>
        <w:gridCol w:w="1296"/>
        <w:gridCol w:w="1296"/>
      </w:tblGrid>
      <w:tr w:rsidR="00B1198C" w:rsidRPr="003712FC" w14:paraId="01EE0F6F" w14:textId="77777777" w:rsidTr="003712FC">
        <w:trPr>
          <w:jc w:val="center"/>
        </w:trPr>
        <w:tc>
          <w:tcPr>
            <w:tcW w:w="2540" w:type="dxa"/>
            <w:shd w:val="clear" w:color="auto" w:fill="D9EAF7"/>
            <w:vAlign w:val="center"/>
          </w:tcPr>
          <w:p w14:paraId="5963DB2D" w14:textId="3285073E" w:rsidR="00B1198C" w:rsidRPr="00A56E5C" w:rsidRDefault="00B1198C" w:rsidP="00B1198C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A56E5C">
              <w:rPr>
                <w:rFonts w:ascii="Times New Roman" w:hAnsi="Times New Roman" w:cs="Times New Roman"/>
                <w:b/>
                <w:sz w:val="16"/>
              </w:rPr>
              <w:t>Faculty Names</w:t>
            </w:r>
          </w:p>
        </w:tc>
        <w:tc>
          <w:tcPr>
            <w:tcW w:w="1296" w:type="dxa"/>
            <w:shd w:val="clear" w:color="auto" w:fill="D9EAF7"/>
            <w:vAlign w:val="center"/>
          </w:tcPr>
          <w:p w14:paraId="2A7B8436" w14:textId="77777777" w:rsidR="00B1198C" w:rsidRPr="00A56E5C" w:rsidRDefault="00B1198C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A56E5C">
              <w:rPr>
                <w:rFonts w:ascii="Times New Roman" w:hAnsi="Times New Roman" w:cs="Times New Roman"/>
                <w:b/>
                <w:sz w:val="16"/>
              </w:rPr>
              <w:t>Large-Group / Lectures</w:t>
            </w:r>
          </w:p>
        </w:tc>
        <w:tc>
          <w:tcPr>
            <w:tcW w:w="1296" w:type="dxa"/>
            <w:shd w:val="clear" w:color="auto" w:fill="D9EAF7"/>
            <w:vAlign w:val="center"/>
          </w:tcPr>
          <w:p w14:paraId="5F8BC622" w14:textId="77777777" w:rsidR="00B1198C" w:rsidRPr="00A56E5C" w:rsidRDefault="00B1198C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A56E5C">
              <w:rPr>
                <w:rFonts w:ascii="Times New Roman" w:hAnsi="Times New Roman" w:cs="Times New Roman"/>
                <w:b/>
                <w:sz w:val="16"/>
              </w:rPr>
              <w:t>Small-Group Teaching</w:t>
            </w:r>
          </w:p>
        </w:tc>
        <w:tc>
          <w:tcPr>
            <w:tcW w:w="1494" w:type="dxa"/>
            <w:shd w:val="clear" w:color="auto" w:fill="D9EAF7"/>
            <w:vAlign w:val="center"/>
          </w:tcPr>
          <w:p w14:paraId="103D013D" w14:textId="77777777" w:rsidR="00B1198C" w:rsidRPr="00A56E5C" w:rsidRDefault="00B1198C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A56E5C">
              <w:rPr>
                <w:rFonts w:ascii="Times New Roman" w:hAnsi="Times New Roman" w:cs="Times New Roman"/>
                <w:b/>
                <w:sz w:val="16"/>
              </w:rPr>
              <w:t>Practical / Demonstration</w:t>
            </w:r>
          </w:p>
        </w:tc>
        <w:tc>
          <w:tcPr>
            <w:tcW w:w="1296" w:type="dxa"/>
            <w:shd w:val="clear" w:color="auto" w:fill="D9EAF7"/>
            <w:vAlign w:val="center"/>
          </w:tcPr>
          <w:p w14:paraId="0F653071" w14:textId="2C695DA9" w:rsidR="00B1198C" w:rsidRPr="00A56E5C" w:rsidRDefault="00B1198C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A56E5C">
              <w:rPr>
                <w:rFonts w:ascii="Times New Roman" w:hAnsi="Times New Roman" w:cs="Times New Roman"/>
                <w:b/>
                <w:sz w:val="16"/>
              </w:rPr>
              <w:t>Clinical / Bedside</w:t>
            </w:r>
          </w:p>
        </w:tc>
        <w:tc>
          <w:tcPr>
            <w:tcW w:w="1296" w:type="dxa"/>
            <w:shd w:val="clear" w:color="auto" w:fill="D9EAF7"/>
            <w:vAlign w:val="center"/>
          </w:tcPr>
          <w:p w14:paraId="38002A21" w14:textId="7D295CDC" w:rsidR="00B1198C" w:rsidRPr="00A56E5C" w:rsidRDefault="00B1198C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A56E5C">
              <w:rPr>
                <w:rFonts w:ascii="Times New Roman" w:hAnsi="Times New Roman" w:cs="Times New Roman"/>
                <w:b/>
                <w:sz w:val="16"/>
              </w:rPr>
              <w:t>Other Assigned Teaching*</w:t>
            </w:r>
          </w:p>
        </w:tc>
        <w:tc>
          <w:tcPr>
            <w:tcW w:w="1296" w:type="dxa"/>
            <w:shd w:val="clear" w:color="auto" w:fill="D9EAF7"/>
            <w:vAlign w:val="center"/>
          </w:tcPr>
          <w:p w14:paraId="795D0DF9" w14:textId="417982C8" w:rsidR="00B1198C" w:rsidRPr="00A56E5C" w:rsidRDefault="00B1198C" w:rsidP="00B1198C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A56E5C">
              <w:rPr>
                <w:rFonts w:ascii="Times New Roman" w:hAnsi="Times New Roman" w:cs="Times New Roman"/>
                <w:b/>
                <w:sz w:val="16"/>
              </w:rPr>
              <w:t>Total Hour</w:t>
            </w:r>
          </w:p>
        </w:tc>
      </w:tr>
      <w:tr w:rsidR="00B1198C" w:rsidRPr="003712FC" w14:paraId="10609DFC" w14:textId="77777777" w:rsidTr="003712FC">
        <w:trPr>
          <w:jc w:val="center"/>
        </w:trPr>
        <w:tc>
          <w:tcPr>
            <w:tcW w:w="2540" w:type="dxa"/>
            <w:vAlign w:val="center"/>
          </w:tcPr>
          <w:p w14:paraId="24D2C01C" w14:textId="347397B0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379EAA85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5D007061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  <w:vAlign w:val="center"/>
          </w:tcPr>
          <w:p w14:paraId="74E41EB0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6E7A43E4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638B68B4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763CAA5D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1198C" w:rsidRPr="003712FC" w14:paraId="2CB0827B" w14:textId="77777777" w:rsidTr="003712FC">
        <w:trPr>
          <w:jc w:val="center"/>
        </w:trPr>
        <w:tc>
          <w:tcPr>
            <w:tcW w:w="2540" w:type="dxa"/>
            <w:vAlign w:val="center"/>
          </w:tcPr>
          <w:p w14:paraId="65998B1C" w14:textId="518EFD53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520DB767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7341C9B9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  <w:vAlign w:val="center"/>
          </w:tcPr>
          <w:p w14:paraId="3DE4C035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0BAE90CA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42F55F90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5A5FEA68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1198C" w:rsidRPr="003712FC" w14:paraId="10663131" w14:textId="77777777" w:rsidTr="003712FC">
        <w:trPr>
          <w:jc w:val="center"/>
        </w:trPr>
        <w:tc>
          <w:tcPr>
            <w:tcW w:w="2540" w:type="dxa"/>
            <w:vAlign w:val="center"/>
          </w:tcPr>
          <w:p w14:paraId="0A8A7557" w14:textId="75993071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0E832955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58D5549B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  <w:vAlign w:val="center"/>
          </w:tcPr>
          <w:p w14:paraId="0B1B9707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3C7D9D6B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3A0CDC5A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1A6E314E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1198C" w:rsidRPr="003712FC" w14:paraId="153AA89E" w14:textId="77777777" w:rsidTr="003712FC">
        <w:trPr>
          <w:jc w:val="center"/>
        </w:trPr>
        <w:tc>
          <w:tcPr>
            <w:tcW w:w="2540" w:type="dxa"/>
            <w:vAlign w:val="center"/>
          </w:tcPr>
          <w:p w14:paraId="3B79CC97" w14:textId="10E45058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0A3C40AE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448A0D5B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  <w:vAlign w:val="center"/>
          </w:tcPr>
          <w:p w14:paraId="7F2F3419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50EE8D54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6AB0BF15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199F743B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1198C" w:rsidRPr="003712FC" w14:paraId="3343FC83" w14:textId="77777777" w:rsidTr="003712FC">
        <w:trPr>
          <w:jc w:val="center"/>
        </w:trPr>
        <w:tc>
          <w:tcPr>
            <w:tcW w:w="2540" w:type="dxa"/>
            <w:vAlign w:val="center"/>
          </w:tcPr>
          <w:p w14:paraId="06637D2F" w14:textId="21EB0C06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19F95D1F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0E762EEE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  <w:vAlign w:val="center"/>
          </w:tcPr>
          <w:p w14:paraId="66F30A92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14E96007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5815AFFA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530CF5F1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1198C" w:rsidRPr="003712FC" w14:paraId="79856F40" w14:textId="77777777" w:rsidTr="003712FC">
        <w:trPr>
          <w:jc w:val="center"/>
        </w:trPr>
        <w:tc>
          <w:tcPr>
            <w:tcW w:w="2540" w:type="dxa"/>
            <w:vAlign w:val="center"/>
          </w:tcPr>
          <w:p w14:paraId="1AB58862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413DCBFA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7AC70E62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  <w:vAlign w:val="center"/>
          </w:tcPr>
          <w:p w14:paraId="417FBA44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5C19957F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5C891E53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135D334B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1198C" w:rsidRPr="003712FC" w14:paraId="5836A319" w14:textId="77777777" w:rsidTr="003712FC">
        <w:trPr>
          <w:jc w:val="center"/>
        </w:trPr>
        <w:tc>
          <w:tcPr>
            <w:tcW w:w="2540" w:type="dxa"/>
            <w:vAlign w:val="center"/>
          </w:tcPr>
          <w:p w14:paraId="72A19D2D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3D17ADED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50782A33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  <w:vAlign w:val="center"/>
          </w:tcPr>
          <w:p w14:paraId="2CF7BCD9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37148DE6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2A948BD2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1FC4B3E9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1198C" w:rsidRPr="003712FC" w14:paraId="6F42A2B2" w14:textId="77777777" w:rsidTr="003712FC">
        <w:trPr>
          <w:jc w:val="center"/>
        </w:trPr>
        <w:tc>
          <w:tcPr>
            <w:tcW w:w="2540" w:type="dxa"/>
            <w:vAlign w:val="center"/>
          </w:tcPr>
          <w:p w14:paraId="73CF3CCF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705CD179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33DD0DF6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  <w:vAlign w:val="center"/>
          </w:tcPr>
          <w:p w14:paraId="426D6BB6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7AC9FAAF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31A2F60C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53C6088B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1198C" w:rsidRPr="003712FC" w14:paraId="3F443054" w14:textId="77777777" w:rsidTr="003712FC">
        <w:trPr>
          <w:jc w:val="center"/>
        </w:trPr>
        <w:tc>
          <w:tcPr>
            <w:tcW w:w="2540" w:type="dxa"/>
            <w:vAlign w:val="center"/>
          </w:tcPr>
          <w:p w14:paraId="09373C8A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271A27D7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3177354E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  <w:vAlign w:val="center"/>
          </w:tcPr>
          <w:p w14:paraId="4544AEC7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76F1E008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382C87A5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1F5C9EC8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1198C" w:rsidRPr="003712FC" w14:paraId="3158A147" w14:textId="77777777" w:rsidTr="003712FC">
        <w:trPr>
          <w:jc w:val="center"/>
        </w:trPr>
        <w:tc>
          <w:tcPr>
            <w:tcW w:w="2540" w:type="dxa"/>
            <w:vAlign w:val="center"/>
          </w:tcPr>
          <w:p w14:paraId="713A61A3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67C08C25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60CD50DD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  <w:vAlign w:val="center"/>
          </w:tcPr>
          <w:p w14:paraId="3FA41DEE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161CFFAA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7188EC2E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2CD98F3B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1198C" w:rsidRPr="003712FC" w14:paraId="4E087A37" w14:textId="77777777" w:rsidTr="003712FC">
        <w:trPr>
          <w:jc w:val="center"/>
        </w:trPr>
        <w:tc>
          <w:tcPr>
            <w:tcW w:w="2540" w:type="dxa"/>
            <w:vAlign w:val="center"/>
          </w:tcPr>
          <w:p w14:paraId="1E07FE91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33BDC888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12C2EAAB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  <w:vAlign w:val="center"/>
          </w:tcPr>
          <w:p w14:paraId="5AB14CC1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5EDA6F83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7CF4E7E7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5A7177A9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1198C" w:rsidRPr="003712FC" w14:paraId="144B49A7" w14:textId="77777777" w:rsidTr="003712FC">
        <w:trPr>
          <w:jc w:val="center"/>
        </w:trPr>
        <w:tc>
          <w:tcPr>
            <w:tcW w:w="2540" w:type="dxa"/>
            <w:vAlign w:val="center"/>
          </w:tcPr>
          <w:p w14:paraId="21072035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296B6759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18688FDC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  <w:vAlign w:val="center"/>
          </w:tcPr>
          <w:p w14:paraId="7E63AC2E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50D168EE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0CB354FF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56D068A4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1198C" w:rsidRPr="003712FC" w14:paraId="22256B0D" w14:textId="77777777" w:rsidTr="003712FC">
        <w:trPr>
          <w:jc w:val="center"/>
        </w:trPr>
        <w:tc>
          <w:tcPr>
            <w:tcW w:w="2540" w:type="dxa"/>
            <w:vAlign w:val="center"/>
          </w:tcPr>
          <w:p w14:paraId="41CC73D6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5B849E59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09BBB2B9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  <w:vAlign w:val="center"/>
          </w:tcPr>
          <w:p w14:paraId="00C41663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7D9B89C3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5300E7B7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64C62FD2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1198C" w:rsidRPr="003712FC" w14:paraId="7DB97AE2" w14:textId="77777777" w:rsidTr="003712FC">
        <w:trPr>
          <w:jc w:val="center"/>
        </w:trPr>
        <w:tc>
          <w:tcPr>
            <w:tcW w:w="2540" w:type="dxa"/>
            <w:vAlign w:val="center"/>
          </w:tcPr>
          <w:p w14:paraId="52D6D668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16EC2C93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7D76C03E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  <w:vAlign w:val="center"/>
          </w:tcPr>
          <w:p w14:paraId="4FB9F73E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2C4EF4F1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6C179F35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6143B667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1198C" w:rsidRPr="003712FC" w14:paraId="389E6373" w14:textId="77777777" w:rsidTr="003712FC">
        <w:trPr>
          <w:jc w:val="center"/>
        </w:trPr>
        <w:tc>
          <w:tcPr>
            <w:tcW w:w="2540" w:type="dxa"/>
            <w:vAlign w:val="center"/>
          </w:tcPr>
          <w:p w14:paraId="12D7F6B3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021FEA80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1D73F031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  <w:vAlign w:val="center"/>
          </w:tcPr>
          <w:p w14:paraId="03D24A6B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357DA158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2FA388D5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2FC52161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1198C" w:rsidRPr="003712FC" w14:paraId="6BB222AD" w14:textId="77777777" w:rsidTr="003712FC">
        <w:trPr>
          <w:jc w:val="center"/>
        </w:trPr>
        <w:tc>
          <w:tcPr>
            <w:tcW w:w="2540" w:type="dxa"/>
            <w:vAlign w:val="center"/>
          </w:tcPr>
          <w:p w14:paraId="05EFC7D1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5AD15858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2C370362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  <w:vAlign w:val="center"/>
          </w:tcPr>
          <w:p w14:paraId="55899127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19927B1C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238990E7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6F88BC71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1198C" w:rsidRPr="003712FC" w14:paraId="3B451957" w14:textId="77777777" w:rsidTr="003712FC">
        <w:trPr>
          <w:jc w:val="center"/>
        </w:trPr>
        <w:tc>
          <w:tcPr>
            <w:tcW w:w="2540" w:type="dxa"/>
            <w:vAlign w:val="center"/>
          </w:tcPr>
          <w:p w14:paraId="4F5E68AF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73E2D7AA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607889A5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  <w:vAlign w:val="center"/>
          </w:tcPr>
          <w:p w14:paraId="0B456692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007CAA89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49A705C9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2795DCD2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1198C" w:rsidRPr="003712FC" w14:paraId="5AD7C9C7" w14:textId="77777777" w:rsidTr="003712FC">
        <w:trPr>
          <w:jc w:val="center"/>
        </w:trPr>
        <w:tc>
          <w:tcPr>
            <w:tcW w:w="2540" w:type="dxa"/>
            <w:vAlign w:val="center"/>
          </w:tcPr>
          <w:p w14:paraId="4A5E5AB5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20CAAB72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1A1FF827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  <w:vAlign w:val="center"/>
          </w:tcPr>
          <w:p w14:paraId="577FAB6F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57E0B52A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6292DF0D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3783EAE9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1198C" w:rsidRPr="003712FC" w14:paraId="11C09254" w14:textId="77777777" w:rsidTr="003712FC">
        <w:trPr>
          <w:jc w:val="center"/>
        </w:trPr>
        <w:tc>
          <w:tcPr>
            <w:tcW w:w="2540" w:type="dxa"/>
            <w:vAlign w:val="center"/>
          </w:tcPr>
          <w:p w14:paraId="2A163C60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3216E9C5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3412FB91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  <w:vAlign w:val="center"/>
          </w:tcPr>
          <w:p w14:paraId="5749AAB6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4026FB6F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328899B5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3D7D7A10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1198C" w:rsidRPr="003712FC" w14:paraId="4B18D746" w14:textId="77777777" w:rsidTr="003712FC">
        <w:trPr>
          <w:jc w:val="center"/>
        </w:trPr>
        <w:tc>
          <w:tcPr>
            <w:tcW w:w="2540" w:type="dxa"/>
            <w:vAlign w:val="center"/>
          </w:tcPr>
          <w:p w14:paraId="0A948FA4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005747FF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2F71A4B4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  <w:vAlign w:val="center"/>
          </w:tcPr>
          <w:p w14:paraId="35C86788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6438A1F9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6BAAB7EE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0F5F0393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1198C" w:rsidRPr="003712FC" w14:paraId="727B218F" w14:textId="77777777" w:rsidTr="003712FC">
        <w:trPr>
          <w:jc w:val="center"/>
        </w:trPr>
        <w:tc>
          <w:tcPr>
            <w:tcW w:w="2540" w:type="dxa"/>
            <w:vAlign w:val="center"/>
          </w:tcPr>
          <w:p w14:paraId="5B1D0D35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04909CD3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3ADCF3B7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  <w:vAlign w:val="center"/>
          </w:tcPr>
          <w:p w14:paraId="497E7BA3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1459F2FC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59CB6E0F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6C4A1E59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1198C" w:rsidRPr="003712FC" w14:paraId="6AACB73F" w14:textId="77777777" w:rsidTr="003712FC">
        <w:trPr>
          <w:jc w:val="center"/>
        </w:trPr>
        <w:tc>
          <w:tcPr>
            <w:tcW w:w="2540" w:type="dxa"/>
            <w:vAlign w:val="center"/>
          </w:tcPr>
          <w:p w14:paraId="20FA6E33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4262592B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52039AC4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  <w:vAlign w:val="center"/>
          </w:tcPr>
          <w:p w14:paraId="6F552A5D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314737D5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1435BE93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6CDCB8DC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1198C" w:rsidRPr="003712FC" w14:paraId="304A8B3B" w14:textId="77777777" w:rsidTr="003712FC">
        <w:trPr>
          <w:jc w:val="center"/>
        </w:trPr>
        <w:tc>
          <w:tcPr>
            <w:tcW w:w="2540" w:type="dxa"/>
            <w:vAlign w:val="center"/>
          </w:tcPr>
          <w:p w14:paraId="0A35C5C7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4BF12CB9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7E4D8F58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  <w:vAlign w:val="center"/>
          </w:tcPr>
          <w:p w14:paraId="00811085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72636101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698D6763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70C4284A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1198C" w:rsidRPr="003712FC" w14:paraId="123B9F31" w14:textId="77777777" w:rsidTr="003712FC">
        <w:trPr>
          <w:jc w:val="center"/>
        </w:trPr>
        <w:tc>
          <w:tcPr>
            <w:tcW w:w="2540" w:type="dxa"/>
            <w:vAlign w:val="center"/>
          </w:tcPr>
          <w:p w14:paraId="4BC9A5F0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11EFCBEC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376EC725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  <w:vAlign w:val="center"/>
          </w:tcPr>
          <w:p w14:paraId="2FDAA8F0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728FD880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13719420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074C3937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1198C" w:rsidRPr="003712FC" w14:paraId="1DFC7272" w14:textId="77777777" w:rsidTr="003712FC">
        <w:trPr>
          <w:jc w:val="center"/>
        </w:trPr>
        <w:tc>
          <w:tcPr>
            <w:tcW w:w="2540" w:type="dxa"/>
            <w:vAlign w:val="center"/>
          </w:tcPr>
          <w:p w14:paraId="032C7B35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5C7F4D5C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1AC7A99A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  <w:vAlign w:val="center"/>
          </w:tcPr>
          <w:p w14:paraId="78C247FE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5050CD50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46E16196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4F698411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1198C" w:rsidRPr="003712FC" w14:paraId="370D20E4" w14:textId="77777777" w:rsidTr="003712FC">
        <w:trPr>
          <w:jc w:val="center"/>
        </w:trPr>
        <w:tc>
          <w:tcPr>
            <w:tcW w:w="2540" w:type="dxa"/>
            <w:vAlign w:val="center"/>
          </w:tcPr>
          <w:p w14:paraId="108C81C9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795BC5BF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50BE2666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  <w:vAlign w:val="center"/>
          </w:tcPr>
          <w:p w14:paraId="29D3F431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434BCD2C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4E0AF4DD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1560A0FF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1198C" w:rsidRPr="003712FC" w14:paraId="573D8B5F" w14:textId="77777777" w:rsidTr="003712FC">
        <w:trPr>
          <w:jc w:val="center"/>
        </w:trPr>
        <w:tc>
          <w:tcPr>
            <w:tcW w:w="2540" w:type="dxa"/>
            <w:vAlign w:val="center"/>
          </w:tcPr>
          <w:p w14:paraId="716C6E8B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67D9AE13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24F7F82E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  <w:vAlign w:val="center"/>
          </w:tcPr>
          <w:p w14:paraId="57F8B80E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7BB9C587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20DBC115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298B11FB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1198C" w:rsidRPr="003712FC" w14:paraId="08EEABA3" w14:textId="77777777" w:rsidTr="003712FC">
        <w:trPr>
          <w:jc w:val="center"/>
        </w:trPr>
        <w:tc>
          <w:tcPr>
            <w:tcW w:w="2540" w:type="dxa"/>
            <w:vAlign w:val="center"/>
          </w:tcPr>
          <w:p w14:paraId="19CEDAAF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2FA83408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62E0E32E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  <w:vAlign w:val="center"/>
          </w:tcPr>
          <w:p w14:paraId="68785877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6BE6B7A0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0D1F72A2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0A7D6DEC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1198C" w:rsidRPr="003712FC" w14:paraId="4AFD2340" w14:textId="77777777" w:rsidTr="003712FC">
        <w:trPr>
          <w:jc w:val="center"/>
        </w:trPr>
        <w:tc>
          <w:tcPr>
            <w:tcW w:w="2540" w:type="dxa"/>
            <w:vAlign w:val="center"/>
          </w:tcPr>
          <w:p w14:paraId="515EC9EA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3C74FEC2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6F5E2FC4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  <w:vAlign w:val="center"/>
          </w:tcPr>
          <w:p w14:paraId="0B5B6380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4C04CB30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6EF3D849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1BBD5F49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1198C" w:rsidRPr="003712FC" w14:paraId="0DDE602B" w14:textId="77777777" w:rsidTr="003712FC">
        <w:trPr>
          <w:jc w:val="center"/>
        </w:trPr>
        <w:tc>
          <w:tcPr>
            <w:tcW w:w="2540" w:type="dxa"/>
            <w:vAlign w:val="center"/>
          </w:tcPr>
          <w:p w14:paraId="26B25451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22597D85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5E3125D7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  <w:vAlign w:val="center"/>
          </w:tcPr>
          <w:p w14:paraId="1E8590BC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050E37CB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0D7F22C4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61657FA2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1198C" w:rsidRPr="003712FC" w14:paraId="476415D5" w14:textId="77777777" w:rsidTr="003712FC">
        <w:trPr>
          <w:jc w:val="center"/>
        </w:trPr>
        <w:tc>
          <w:tcPr>
            <w:tcW w:w="2540" w:type="dxa"/>
            <w:vAlign w:val="center"/>
          </w:tcPr>
          <w:p w14:paraId="2B3249F9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434CA721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6EB47660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  <w:vAlign w:val="center"/>
          </w:tcPr>
          <w:p w14:paraId="1C2E3577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33C5E1FC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497B4C86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1A339191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1198C" w:rsidRPr="003712FC" w14:paraId="014EEBA8" w14:textId="77777777" w:rsidTr="003712FC">
        <w:trPr>
          <w:jc w:val="center"/>
        </w:trPr>
        <w:tc>
          <w:tcPr>
            <w:tcW w:w="2540" w:type="dxa"/>
            <w:shd w:val="clear" w:color="auto" w:fill="EAF2F8"/>
            <w:vAlign w:val="center"/>
          </w:tcPr>
          <w:p w14:paraId="523AFEE3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56E5C">
              <w:rPr>
                <w:rFonts w:ascii="Times New Roman" w:hAnsi="Times New Roman" w:cs="Times New Roman"/>
                <w:b/>
                <w:sz w:val="20"/>
              </w:rPr>
              <w:t>DEPARTMENT TOTAL</w:t>
            </w:r>
          </w:p>
        </w:tc>
        <w:tc>
          <w:tcPr>
            <w:tcW w:w="1296" w:type="dxa"/>
            <w:shd w:val="clear" w:color="auto" w:fill="EAF2F8"/>
            <w:vAlign w:val="center"/>
          </w:tcPr>
          <w:p w14:paraId="106070B5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shd w:val="clear" w:color="auto" w:fill="EAF2F8"/>
            <w:vAlign w:val="center"/>
          </w:tcPr>
          <w:p w14:paraId="5ED099A2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  <w:shd w:val="clear" w:color="auto" w:fill="EAF2F8"/>
            <w:vAlign w:val="center"/>
          </w:tcPr>
          <w:p w14:paraId="03A2B971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shd w:val="clear" w:color="auto" w:fill="EAF2F8"/>
            <w:vAlign w:val="center"/>
          </w:tcPr>
          <w:p w14:paraId="14B0D282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shd w:val="clear" w:color="auto" w:fill="EAF2F8"/>
            <w:vAlign w:val="center"/>
          </w:tcPr>
          <w:p w14:paraId="5E889061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6" w:type="dxa"/>
            <w:shd w:val="clear" w:color="auto" w:fill="EAF2F8"/>
            <w:vAlign w:val="center"/>
          </w:tcPr>
          <w:p w14:paraId="3817BA32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35591E41" w14:textId="77777777" w:rsidR="00E8159C" w:rsidRPr="003712FC" w:rsidRDefault="0045064E">
      <w:pPr>
        <w:rPr>
          <w:rFonts w:ascii="Times New Roman" w:hAnsi="Times New Roman" w:cs="Times New Roman"/>
          <w:sz w:val="24"/>
        </w:rPr>
      </w:pPr>
      <w:r w:rsidRPr="003712FC">
        <w:rPr>
          <w:rFonts w:ascii="Times New Roman" w:hAnsi="Times New Roman" w:cs="Times New Roman"/>
          <w:b/>
          <w:sz w:val="24"/>
        </w:rPr>
        <w:t xml:space="preserve">Instructions: </w:t>
      </w:r>
      <w:r w:rsidRPr="003712FC">
        <w:rPr>
          <w:rFonts w:ascii="Times New Roman" w:hAnsi="Times New Roman" w:cs="Times New Roman"/>
          <w:sz w:val="24"/>
        </w:rPr>
        <w:t>Enter the planned/actual teaching workload for the academic year. Hours should be reported against the modality in which teaching is delivered. Include only formally assigned teaching responsibilities.</w:t>
      </w:r>
    </w:p>
    <w:p w14:paraId="36EA858C" w14:textId="47415238" w:rsidR="00E8159C" w:rsidRPr="003712FC" w:rsidRDefault="00B1198C">
      <w:pPr>
        <w:rPr>
          <w:rFonts w:ascii="Times New Roman" w:hAnsi="Times New Roman" w:cs="Times New Roman"/>
          <w:sz w:val="24"/>
        </w:rPr>
      </w:pPr>
      <w:r w:rsidRPr="003712FC">
        <w:rPr>
          <w:rFonts w:ascii="Times New Roman" w:hAnsi="Times New Roman" w:cs="Times New Roman"/>
          <w:b/>
          <w:sz w:val="20"/>
        </w:rPr>
        <w:t>Details of Other Assigned Teaching*</w:t>
      </w:r>
      <w:r w:rsidR="00E3470B">
        <w:rPr>
          <w:rFonts w:ascii="Times New Roman" w:hAnsi="Times New Roman" w:cs="Times New Roman"/>
          <w:b/>
          <w:sz w:val="20"/>
        </w:rPr>
        <w:t xml:space="preserve"> (</w:t>
      </w:r>
      <w:proofErr w:type="spellStart"/>
      <w:r w:rsidR="00E3470B">
        <w:rPr>
          <w:rFonts w:ascii="Times New Roman" w:hAnsi="Times New Roman" w:cs="Times New Roman"/>
          <w:b/>
          <w:sz w:val="20"/>
        </w:rPr>
        <w:t>ie</w:t>
      </w:r>
      <w:proofErr w:type="spellEnd"/>
      <w:r w:rsidR="00E3470B">
        <w:rPr>
          <w:rFonts w:ascii="Times New Roman" w:hAnsi="Times New Roman" w:cs="Times New Roman"/>
          <w:b/>
          <w:sz w:val="20"/>
        </w:rPr>
        <w:t xml:space="preserve"> TBL, CBL etc)</w:t>
      </w:r>
      <w:bookmarkStart w:id="0" w:name="_GoBack"/>
      <w:bookmarkEnd w:id="0"/>
      <w:r w:rsidRPr="003712FC">
        <w:rPr>
          <w:rFonts w:ascii="Times New Roman" w:hAnsi="Times New Roman" w:cs="Times New Roman"/>
          <w:b/>
          <w:sz w:val="20"/>
        </w:rPr>
        <w:t>:</w:t>
      </w:r>
      <w:r w:rsidR="0045064E" w:rsidRPr="003712FC">
        <w:rPr>
          <w:rFonts w:ascii="Times New Roman" w:hAnsi="Times New Roman" w:cs="Times New Roman"/>
          <w:sz w:val="24"/>
        </w:rPr>
        <w:br w:type="page"/>
      </w:r>
    </w:p>
    <w:p w14:paraId="24B85D1A" w14:textId="77777777" w:rsidR="00EC133F" w:rsidRDefault="00B1198C" w:rsidP="00B1198C">
      <w:pPr>
        <w:rPr>
          <w:rFonts w:ascii="Times New Roman" w:hAnsi="Times New Roman" w:cs="Times New Roman"/>
          <w:b/>
          <w:sz w:val="28"/>
        </w:rPr>
      </w:pPr>
      <w:r w:rsidRPr="00A56E5C">
        <w:rPr>
          <w:rFonts w:ascii="Times New Roman" w:hAnsi="Times New Roman" w:cs="Times New Roman"/>
          <w:b/>
          <w:sz w:val="28"/>
        </w:rPr>
        <w:lastRenderedPageBreak/>
        <w:t xml:space="preserve">  </w:t>
      </w:r>
    </w:p>
    <w:p w14:paraId="5E120ED8" w14:textId="4FD86A3D" w:rsidR="00E8159C" w:rsidRPr="00A56E5C" w:rsidRDefault="0045064E" w:rsidP="00B1198C">
      <w:pPr>
        <w:rPr>
          <w:rFonts w:ascii="Times New Roman" w:hAnsi="Times New Roman" w:cs="Times New Roman"/>
          <w:sz w:val="20"/>
        </w:rPr>
      </w:pPr>
      <w:r w:rsidRPr="00A56E5C">
        <w:rPr>
          <w:rFonts w:ascii="Times New Roman" w:hAnsi="Times New Roman" w:cs="Times New Roman"/>
          <w:b/>
          <w:sz w:val="28"/>
        </w:rPr>
        <w:t>B. INDIVIDUAL FACULTY TEACHING HOURS ALLOCATION —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3"/>
        <w:gridCol w:w="1560"/>
        <w:gridCol w:w="1701"/>
        <w:gridCol w:w="1984"/>
        <w:gridCol w:w="2126"/>
      </w:tblGrid>
      <w:tr w:rsidR="00E8159C" w:rsidRPr="003712FC" w14:paraId="18AC9942" w14:textId="77777777" w:rsidTr="00EC133F">
        <w:tc>
          <w:tcPr>
            <w:tcW w:w="2943" w:type="dxa"/>
            <w:shd w:val="clear" w:color="auto" w:fill="D9EAF7"/>
            <w:vAlign w:val="center"/>
          </w:tcPr>
          <w:p w14:paraId="75D05D24" w14:textId="77777777" w:rsidR="00E8159C" w:rsidRPr="003712FC" w:rsidRDefault="0045064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Faculty Name</w:t>
            </w:r>
          </w:p>
        </w:tc>
        <w:tc>
          <w:tcPr>
            <w:tcW w:w="3261" w:type="dxa"/>
            <w:gridSpan w:val="2"/>
            <w:vAlign w:val="center"/>
          </w:tcPr>
          <w:p w14:paraId="559224C3" w14:textId="2494D7D9" w:rsidR="00E8159C" w:rsidRPr="003712FC" w:rsidRDefault="00E8159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62994240" w14:textId="77777777" w:rsidR="00E8159C" w:rsidRPr="003712FC" w:rsidRDefault="0045064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Designation</w:t>
            </w:r>
          </w:p>
        </w:tc>
        <w:tc>
          <w:tcPr>
            <w:tcW w:w="2126" w:type="dxa"/>
            <w:vAlign w:val="center"/>
          </w:tcPr>
          <w:p w14:paraId="2C8F834B" w14:textId="28C6C4F2" w:rsidR="00E8159C" w:rsidRPr="003712FC" w:rsidRDefault="00E8159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8159C" w:rsidRPr="003712FC" w14:paraId="4EF89F61" w14:textId="77777777" w:rsidTr="00EC133F">
        <w:tc>
          <w:tcPr>
            <w:tcW w:w="2943" w:type="dxa"/>
            <w:shd w:val="clear" w:color="auto" w:fill="D9EAF7"/>
            <w:vAlign w:val="center"/>
          </w:tcPr>
          <w:p w14:paraId="3080379E" w14:textId="77777777" w:rsidR="00E8159C" w:rsidRPr="003712FC" w:rsidRDefault="0045064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Department</w:t>
            </w:r>
          </w:p>
        </w:tc>
        <w:tc>
          <w:tcPr>
            <w:tcW w:w="3261" w:type="dxa"/>
            <w:gridSpan w:val="2"/>
            <w:vAlign w:val="center"/>
          </w:tcPr>
          <w:p w14:paraId="41E27C8B" w14:textId="2364CF08" w:rsidR="00E8159C" w:rsidRPr="003712FC" w:rsidRDefault="00E8159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28D0B9AA" w14:textId="77777777" w:rsidR="00E8159C" w:rsidRPr="003712FC" w:rsidRDefault="0045064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Academic Year</w:t>
            </w:r>
          </w:p>
        </w:tc>
        <w:tc>
          <w:tcPr>
            <w:tcW w:w="2126" w:type="dxa"/>
            <w:vAlign w:val="center"/>
          </w:tcPr>
          <w:p w14:paraId="6A6F6813" w14:textId="77777777" w:rsidR="00E8159C" w:rsidRPr="003712FC" w:rsidRDefault="0045064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2"/>
              </w:rPr>
              <w:t>2025–26</w:t>
            </w:r>
          </w:p>
        </w:tc>
      </w:tr>
      <w:tr w:rsidR="00E8159C" w:rsidRPr="003712FC" w14:paraId="6A02EC26" w14:textId="77777777" w:rsidTr="00EC133F">
        <w:tc>
          <w:tcPr>
            <w:tcW w:w="2943" w:type="dxa"/>
            <w:shd w:val="clear" w:color="auto" w:fill="D9EAF7"/>
            <w:vAlign w:val="center"/>
          </w:tcPr>
          <w:p w14:paraId="33073D75" w14:textId="77777777" w:rsidR="00E8159C" w:rsidRPr="003712FC" w:rsidRDefault="0045064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Primary Course / Subject</w:t>
            </w:r>
          </w:p>
        </w:tc>
        <w:tc>
          <w:tcPr>
            <w:tcW w:w="3261" w:type="dxa"/>
            <w:gridSpan w:val="2"/>
            <w:vAlign w:val="center"/>
          </w:tcPr>
          <w:p w14:paraId="37CD7697" w14:textId="6D67236C" w:rsidR="00E8159C" w:rsidRPr="003712FC" w:rsidRDefault="00E8159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604B4476" w14:textId="77777777" w:rsidR="00E8159C" w:rsidRPr="003712FC" w:rsidRDefault="0045064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Reporting Period</w:t>
            </w:r>
          </w:p>
        </w:tc>
        <w:tc>
          <w:tcPr>
            <w:tcW w:w="2126" w:type="dxa"/>
            <w:vAlign w:val="center"/>
          </w:tcPr>
          <w:p w14:paraId="428E5941" w14:textId="6C7E422A" w:rsidR="00E8159C" w:rsidRPr="003712FC" w:rsidRDefault="00E8159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1198C" w:rsidRPr="003712FC" w14:paraId="791E4EC8" w14:textId="77777777" w:rsidTr="00A56E5C">
        <w:tc>
          <w:tcPr>
            <w:tcW w:w="2943" w:type="dxa"/>
            <w:shd w:val="clear" w:color="auto" w:fill="D9EAF7"/>
            <w:vAlign w:val="center"/>
          </w:tcPr>
          <w:p w14:paraId="30243064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Teaching Modality</w:t>
            </w:r>
          </w:p>
        </w:tc>
        <w:tc>
          <w:tcPr>
            <w:tcW w:w="1560" w:type="dxa"/>
            <w:shd w:val="clear" w:color="auto" w:fill="D9EAF7"/>
          </w:tcPr>
          <w:p w14:paraId="31E0B0CD" w14:textId="2F7080DD" w:rsidR="00B1198C" w:rsidRPr="003712FC" w:rsidRDefault="00B1198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Year of MBBS</w:t>
            </w:r>
          </w:p>
        </w:tc>
        <w:tc>
          <w:tcPr>
            <w:tcW w:w="1701" w:type="dxa"/>
            <w:shd w:val="clear" w:color="auto" w:fill="D9EAF7"/>
            <w:vAlign w:val="center"/>
          </w:tcPr>
          <w:p w14:paraId="7761390D" w14:textId="4CAEFB16" w:rsidR="00B1198C" w:rsidRPr="003712FC" w:rsidRDefault="00B1198C" w:rsidP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Module / Clinical rotation</w:t>
            </w:r>
          </w:p>
        </w:tc>
        <w:tc>
          <w:tcPr>
            <w:tcW w:w="1984" w:type="dxa"/>
            <w:shd w:val="clear" w:color="auto" w:fill="D9EAF7"/>
            <w:vAlign w:val="center"/>
          </w:tcPr>
          <w:p w14:paraId="032D1520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Total Hours / Academic Year</w:t>
            </w:r>
          </w:p>
        </w:tc>
        <w:tc>
          <w:tcPr>
            <w:tcW w:w="2126" w:type="dxa"/>
            <w:shd w:val="clear" w:color="auto" w:fill="D9EAF7"/>
            <w:vAlign w:val="center"/>
          </w:tcPr>
          <w:p w14:paraId="73901263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Remarks</w:t>
            </w:r>
          </w:p>
        </w:tc>
      </w:tr>
      <w:tr w:rsidR="00B1198C" w:rsidRPr="003712FC" w14:paraId="4D39B61F" w14:textId="77777777" w:rsidTr="00A56E5C">
        <w:tc>
          <w:tcPr>
            <w:tcW w:w="2943" w:type="dxa"/>
            <w:vAlign w:val="center"/>
          </w:tcPr>
          <w:p w14:paraId="1AC1584D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Large-Group / Lecture</w:t>
            </w:r>
          </w:p>
        </w:tc>
        <w:tc>
          <w:tcPr>
            <w:tcW w:w="1560" w:type="dxa"/>
          </w:tcPr>
          <w:p w14:paraId="4949F2E5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06654F61" w14:textId="13EB69E3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36BC2C21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6BF5BBFC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1198C" w:rsidRPr="003712FC" w14:paraId="5B3A9413" w14:textId="77777777" w:rsidTr="00A56E5C">
        <w:tc>
          <w:tcPr>
            <w:tcW w:w="2943" w:type="dxa"/>
            <w:vAlign w:val="center"/>
          </w:tcPr>
          <w:p w14:paraId="3A0C9B9A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Small-Group Teaching / Tutorial</w:t>
            </w:r>
          </w:p>
        </w:tc>
        <w:tc>
          <w:tcPr>
            <w:tcW w:w="1560" w:type="dxa"/>
          </w:tcPr>
          <w:p w14:paraId="2C572510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0BA42B5" w14:textId="34F81555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181743F3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4F967CB2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1198C" w:rsidRPr="003712FC" w14:paraId="46F5994F" w14:textId="77777777" w:rsidTr="00A56E5C">
        <w:tc>
          <w:tcPr>
            <w:tcW w:w="2943" w:type="dxa"/>
            <w:vAlign w:val="center"/>
          </w:tcPr>
          <w:p w14:paraId="714F8DD1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Practical / Demonstration</w:t>
            </w:r>
          </w:p>
        </w:tc>
        <w:tc>
          <w:tcPr>
            <w:tcW w:w="1560" w:type="dxa"/>
          </w:tcPr>
          <w:p w14:paraId="723D2591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40080DE" w14:textId="26359FB8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2D4CEA17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7ABD305F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1198C" w:rsidRPr="003712FC" w14:paraId="66E94DE0" w14:textId="77777777" w:rsidTr="00A56E5C">
        <w:tc>
          <w:tcPr>
            <w:tcW w:w="2943" w:type="dxa"/>
            <w:vAlign w:val="center"/>
          </w:tcPr>
          <w:p w14:paraId="57073BA6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Clinical / Bedside Teaching</w:t>
            </w:r>
          </w:p>
        </w:tc>
        <w:tc>
          <w:tcPr>
            <w:tcW w:w="1560" w:type="dxa"/>
          </w:tcPr>
          <w:p w14:paraId="0B82591D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4B8821E0" w14:textId="2ED70FB5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3F3A2E1D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3607DE56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1198C" w:rsidRPr="003712FC" w14:paraId="2106C3EC" w14:textId="77777777" w:rsidTr="00A56E5C">
        <w:tc>
          <w:tcPr>
            <w:tcW w:w="2943" w:type="dxa"/>
            <w:vAlign w:val="center"/>
          </w:tcPr>
          <w:p w14:paraId="1F5D72E7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CBL / Case-Based Learning</w:t>
            </w:r>
          </w:p>
        </w:tc>
        <w:tc>
          <w:tcPr>
            <w:tcW w:w="1560" w:type="dxa"/>
          </w:tcPr>
          <w:p w14:paraId="274C7CA6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5F0DCA4E" w14:textId="22A17684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7F175995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3DD49FE4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1198C" w:rsidRPr="003712FC" w14:paraId="4914BD13" w14:textId="77777777" w:rsidTr="00A56E5C">
        <w:tc>
          <w:tcPr>
            <w:tcW w:w="2943" w:type="dxa"/>
            <w:vAlign w:val="center"/>
          </w:tcPr>
          <w:p w14:paraId="1B970343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TBL / Team-Based Learning</w:t>
            </w:r>
          </w:p>
        </w:tc>
        <w:tc>
          <w:tcPr>
            <w:tcW w:w="1560" w:type="dxa"/>
          </w:tcPr>
          <w:p w14:paraId="632562DA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0B64E29B" w14:textId="3C56A5DA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5D80F038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368C8D47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1198C" w:rsidRPr="003712FC" w14:paraId="29B182EC" w14:textId="77777777" w:rsidTr="00A56E5C">
        <w:tc>
          <w:tcPr>
            <w:tcW w:w="2943" w:type="dxa"/>
            <w:vAlign w:val="center"/>
          </w:tcPr>
          <w:p w14:paraId="3BA66B67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Skills / Simulation Teaching</w:t>
            </w:r>
          </w:p>
        </w:tc>
        <w:tc>
          <w:tcPr>
            <w:tcW w:w="1560" w:type="dxa"/>
          </w:tcPr>
          <w:p w14:paraId="4DAFFAEE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7A731EAA" w14:textId="2C4E2A0D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765F0B59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37433E15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1198C" w:rsidRPr="003712FC" w14:paraId="0CB8CFEE" w14:textId="77777777" w:rsidTr="00A56E5C">
        <w:tc>
          <w:tcPr>
            <w:tcW w:w="2943" w:type="dxa"/>
            <w:vAlign w:val="center"/>
          </w:tcPr>
          <w:p w14:paraId="3C02981B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Other Assigned Teaching</w:t>
            </w:r>
          </w:p>
        </w:tc>
        <w:tc>
          <w:tcPr>
            <w:tcW w:w="1560" w:type="dxa"/>
          </w:tcPr>
          <w:p w14:paraId="212FEC96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4A921ED9" w14:textId="733A5DDD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4D59C320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079F7E31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1198C" w:rsidRPr="003712FC" w14:paraId="030121B8" w14:textId="77777777" w:rsidTr="00A56E5C">
        <w:tc>
          <w:tcPr>
            <w:tcW w:w="2943" w:type="dxa"/>
            <w:shd w:val="clear" w:color="auto" w:fill="EAF2F8"/>
            <w:vAlign w:val="center"/>
          </w:tcPr>
          <w:p w14:paraId="290DA4CB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TOTAL</w:t>
            </w:r>
          </w:p>
        </w:tc>
        <w:tc>
          <w:tcPr>
            <w:tcW w:w="1560" w:type="dxa"/>
            <w:shd w:val="clear" w:color="auto" w:fill="EAF2F8"/>
          </w:tcPr>
          <w:p w14:paraId="34529775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shd w:val="clear" w:color="auto" w:fill="EAF2F8"/>
            <w:vAlign w:val="center"/>
          </w:tcPr>
          <w:p w14:paraId="0B77D697" w14:textId="4693EF5D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EAF2F8"/>
            <w:vAlign w:val="center"/>
          </w:tcPr>
          <w:p w14:paraId="3A56A566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shd w:val="clear" w:color="auto" w:fill="EAF2F8"/>
            <w:vAlign w:val="center"/>
          </w:tcPr>
          <w:p w14:paraId="2914189E" w14:textId="77777777" w:rsidR="00B1198C" w:rsidRPr="003712FC" w:rsidRDefault="00B119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3E9543E1" w14:textId="77777777" w:rsidTr="00EC133F">
        <w:tc>
          <w:tcPr>
            <w:tcW w:w="10314" w:type="dxa"/>
            <w:gridSpan w:val="5"/>
            <w:shd w:val="clear" w:color="auto" w:fill="8DB3E2" w:themeFill="text2" w:themeFillTint="66"/>
            <w:vAlign w:val="center"/>
          </w:tcPr>
          <w:p w14:paraId="739F3A87" w14:textId="0200938C" w:rsidR="00EC133F" w:rsidRPr="003712FC" w:rsidRDefault="00EC133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4"/>
              </w:rPr>
              <w:t>Faculty / Chairperson Certification</w:t>
            </w:r>
          </w:p>
        </w:tc>
      </w:tr>
      <w:tr w:rsidR="00E8159C" w:rsidRPr="003712FC" w14:paraId="4BD052FD" w14:textId="77777777" w:rsidTr="00EC133F">
        <w:tc>
          <w:tcPr>
            <w:tcW w:w="2943" w:type="dxa"/>
            <w:shd w:val="clear" w:color="auto" w:fill="D9EAF7"/>
            <w:vAlign w:val="center"/>
          </w:tcPr>
          <w:p w14:paraId="466EC6E8" w14:textId="77777777" w:rsidR="00E8159C" w:rsidRPr="003712FC" w:rsidRDefault="0045064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Faculty Signature</w:t>
            </w:r>
          </w:p>
        </w:tc>
        <w:tc>
          <w:tcPr>
            <w:tcW w:w="3261" w:type="dxa"/>
            <w:gridSpan w:val="2"/>
            <w:vAlign w:val="center"/>
          </w:tcPr>
          <w:p w14:paraId="22D17B6A" w14:textId="78D4F049" w:rsidR="00E8159C" w:rsidRPr="003712FC" w:rsidRDefault="00E8159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59784FC6" w14:textId="77777777" w:rsidR="00E8159C" w:rsidRPr="003712FC" w:rsidRDefault="0045064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Date</w:t>
            </w:r>
          </w:p>
        </w:tc>
        <w:tc>
          <w:tcPr>
            <w:tcW w:w="2126" w:type="dxa"/>
            <w:vAlign w:val="center"/>
          </w:tcPr>
          <w:p w14:paraId="77993698" w14:textId="7031386A" w:rsidR="00E8159C" w:rsidRPr="003712FC" w:rsidRDefault="00E8159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8159C" w:rsidRPr="003712FC" w14:paraId="6789B65F" w14:textId="77777777" w:rsidTr="00EC133F">
        <w:tc>
          <w:tcPr>
            <w:tcW w:w="2943" w:type="dxa"/>
            <w:shd w:val="clear" w:color="auto" w:fill="D9EAF7"/>
            <w:vAlign w:val="center"/>
          </w:tcPr>
          <w:p w14:paraId="120C91CC" w14:textId="77777777" w:rsidR="00E8159C" w:rsidRPr="003712FC" w:rsidRDefault="0045064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Chairperson Signature</w:t>
            </w:r>
          </w:p>
        </w:tc>
        <w:tc>
          <w:tcPr>
            <w:tcW w:w="3261" w:type="dxa"/>
            <w:gridSpan w:val="2"/>
            <w:vAlign w:val="center"/>
          </w:tcPr>
          <w:p w14:paraId="07420971" w14:textId="1C1312F0" w:rsidR="00E8159C" w:rsidRPr="003712FC" w:rsidRDefault="00E8159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0B70EEB9" w14:textId="77777777" w:rsidR="00E8159C" w:rsidRPr="003712FC" w:rsidRDefault="0045064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Date</w:t>
            </w:r>
          </w:p>
        </w:tc>
        <w:tc>
          <w:tcPr>
            <w:tcW w:w="2126" w:type="dxa"/>
            <w:vAlign w:val="center"/>
          </w:tcPr>
          <w:p w14:paraId="0682EB4E" w14:textId="2B4E382A" w:rsidR="00E8159C" w:rsidRPr="003712FC" w:rsidRDefault="00E8159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78D6B55D" w14:textId="77777777" w:rsidR="00EC133F" w:rsidRDefault="00EC133F">
      <w:pPr>
        <w:rPr>
          <w:rFonts w:ascii="Times New Roman" w:hAnsi="Times New Roman" w:cs="Times New Roman"/>
          <w:sz w:val="24"/>
        </w:rPr>
      </w:pPr>
    </w:p>
    <w:p w14:paraId="19DCF3CC" w14:textId="77777777" w:rsidR="00EC133F" w:rsidRDefault="00EC133F" w:rsidP="00EC133F">
      <w:pPr>
        <w:rPr>
          <w:rFonts w:ascii="Times New Roman" w:hAnsi="Times New Roman" w:cs="Times New Roman"/>
          <w:b/>
          <w:sz w:val="28"/>
        </w:rPr>
      </w:pPr>
      <w:r w:rsidRPr="00A56E5C">
        <w:rPr>
          <w:rFonts w:ascii="Times New Roman" w:hAnsi="Times New Roman" w:cs="Times New Roman"/>
          <w:b/>
          <w:sz w:val="28"/>
        </w:rPr>
        <w:t xml:space="preserve">  </w:t>
      </w:r>
    </w:p>
    <w:p w14:paraId="3C707E0D" w14:textId="77777777" w:rsidR="00EC133F" w:rsidRDefault="00EC133F" w:rsidP="00EC133F">
      <w:pPr>
        <w:rPr>
          <w:rFonts w:ascii="Times New Roman" w:hAnsi="Times New Roman" w:cs="Times New Roman"/>
          <w:b/>
          <w:sz w:val="28"/>
        </w:rPr>
      </w:pPr>
    </w:p>
    <w:p w14:paraId="5FF89FC1" w14:textId="4C81A589" w:rsidR="00EC133F" w:rsidRPr="00A56E5C" w:rsidRDefault="00EC133F" w:rsidP="00EC133F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8"/>
        </w:rPr>
        <w:t>C</w:t>
      </w:r>
      <w:r w:rsidRPr="00A56E5C">
        <w:rPr>
          <w:rFonts w:ascii="Times New Roman" w:hAnsi="Times New Roman" w:cs="Times New Roman"/>
          <w:b/>
          <w:sz w:val="28"/>
        </w:rPr>
        <w:t xml:space="preserve">. INDIVIDUAL FACULTY TEACHING HOURS ALLOCATION — </w:t>
      </w:r>
      <w:r>
        <w:rPr>
          <w:rFonts w:ascii="Times New Roman" w:hAnsi="Times New Roman" w:cs="Times New Roman"/>
          <w:b/>
          <w:sz w:val="28"/>
        </w:rPr>
        <w:t>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3"/>
        <w:gridCol w:w="1560"/>
        <w:gridCol w:w="1701"/>
        <w:gridCol w:w="1984"/>
        <w:gridCol w:w="2126"/>
      </w:tblGrid>
      <w:tr w:rsidR="00EC133F" w:rsidRPr="003712FC" w14:paraId="5C48561D" w14:textId="77777777" w:rsidTr="00FD185A">
        <w:tc>
          <w:tcPr>
            <w:tcW w:w="2943" w:type="dxa"/>
            <w:shd w:val="clear" w:color="auto" w:fill="D9EAF7"/>
            <w:vAlign w:val="center"/>
          </w:tcPr>
          <w:p w14:paraId="60158966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Faculty Name</w:t>
            </w:r>
          </w:p>
        </w:tc>
        <w:tc>
          <w:tcPr>
            <w:tcW w:w="3261" w:type="dxa"/>
            <w:gridSpan w:val="2"/>
            <w:vAlign w:val="center"/>
          </w:tcPr>
          <w:p w14:paraId="3545098A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348BB3C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Designation</w:t>
            </w:r>
          </w:p>
        </w:tc>
        <w:tc>
          <w:tcPr>
            <w:tcW w:w="2126" w:type="dxa"/>
            <w:vAlign w:val="center"/>
          </w:tcPr>
          <w:p w14:paraId="6E7D6994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2D36B60A" w14:textId="77777777" w:rsidTr="00FD185A">
        <w:tc>
          <w:tcPr>
            <w:tcW w:w="2943" w:type="dxa"/>
            <w:shd w:val="clear" w:color="auto" w:fill="D9EAF7"/>
            <w:vAlign w:val="center"/>
          </w:tcPr>
          <w:p w14:paraId="5E1C8068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Department</w:t>
            </w:r>
          </w:p>
        </w:tc>
        <w:tc>
          <w:tcPr>
            <w:tcW w:w="3261" w:type="dxa"/>
            <w:gridSpan w:val="2"/>
            <w:vAlign w:val="center"/>
          </w:tcPr>
          <w:p w14:paraId="067708E0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1F9C2CDA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Academic Year</w:t>
            </w:r>
          </w:p>
        </w:tc>
        <w:tc>
          <w:tcPr>
            <w:tcW w:w="2126" w:type="dxa"/>
            <w:vAlign w:val="center"/>
          </w:tcPr>
          <w:p w14:paraId="457178DE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2"/>
              </w:rPr>
              <w:t>2025–26</w:t>
            </w:r>
          </w:p>
        </w:tc>
      </w:tr>
      <w:tr w:rsidR="00EC133F" w:rsidRPr="003712FC" w14:paraId="7A972149" w14:textId="77777777" w:rsidTr="00FD185A">
        <w:tc>
          <w:tcPr>
            <w:tcW w:w="2943" w:type="dxa"/>
            <w:shd w:val="clear" w:color="auto" w:fill="D9EAF7"/>
            <w:vAlign w:val="center"/>
          </w:tcPr>
          <w:p w14:paraId="26F26BD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Primary Course / Subject</w:t>
            </w:r>
          </w:p>
        </w:tc>
        <w:tc>
          <w:tcPr>
            <w:tcW w:w="3261" w:type="dxa"/>
            <w:gridSpan w:val="2"/>
            <w:vAlign w:val="center"/>
          </w:tcPr>
          <w:p w14:paraId="3D20A2AD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280D92D4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Reporting Period</w:t>
            </w:r>
          </w:p>
        </w:tc>
        <w:tc>
          <w:tcPr>
            <w:tcW w:w="2126" w:type="dxa"/>
            <w:vAlign w:val="center"/>
          </w:tcPr>
          <w:p w14:paraId="2BC68989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136CEDAB" w14:textId="77777777" w:rsidTr="00FD185A">
        <w:tc>
          <w:tcPr>
            <w:tcW w:w="2943" w:type="dxa"/>
            <w:shd w:val="clear" w:color="auto" w:fill="D9EAF7"/>
            <w:vAlign w:val="center"/>
          </w:tcPr>
          <w:p w14:paraId="12E4E987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Teaching Modality</w:t>
            </w:r>
          </w:p>
        </w:tc>
        <w:tc>
          <w:tcPr>
            <w:tcW w:w="1560" w:type="dxa"/>
            <w:shd w:val="clear" w:color="auto" w:fill="D9EAF7"/>
          </w:tcPr>
          <w:p w14:paraId="72DFAB31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Year of MBBS</w:t>
            </w:r>
          </w:p>
        </w:tc>
        <w:tc>
          <w:tcPr>
            <w:tcW w:w="1701" w:type="dxa"/>
            <w:shd w:val="clear" w:color="auto" w:fill="D9EAF7"/>
            <w:vAlign w:val="center"/>
          </w:tcPr>
          <w:p w14:paraId="09B77E20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Module / Clinical rotation</w:t>
            </w:r>
          </w:p>
        </w:tc>
        <w:tc>
          <w:tcPr>
            <w:tcW w:w="1984" w:type="dxa"/>
            <w:shd w:val="clear" w:color="auto" w:fill="D9EAF7"/>
            <w:vAlign w:val="center"/>
          </w:tcPr>
          <w:p w14:paraId="5F6E46E6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Total Hours / Academic Year</w:t>
            </w:r>
          </w:p>
        </w:tc>
        <w:tc>
          <w:tcPr>
            <w:tcW w:w="2126" w:type="dxa"/>
            <w:shd w:val="clear" w:color="auto" w:fill="D9EAF7"/>
            <w:vAlign w:val="center"/>
          </w:tcPr>
          <w:p w14:paraId="24A2C504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Remarks</w:t>
            </w:r>
          </w:p>
        </w:tc>
      </w:tr>
      <w:tr w:rsidR="00EC133F" w:rsidRPr="003712FC" w14:paraId="7171B4EC" w14:textId="77777777" w:rsidTr="00FD185A">
        <w:tc>
          <w:tcPr>
            <w:tcW w:w="2943" w:type="dxa"/>
            <w:vAlign w:val="center"/>
          </w:tcPr>
          <w:p w14:paraId="54E669F9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Large-Group / Lecture</w:t>
            </w:r>
          </w:p>
        </w:tc>
        <w:tc>
          <w:tcPr>
            <w:tcW w:w="1560" w:type="dxa"/>
          </w:tcPr>
          <w:p w14:paraId="267C5FC8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0C734BD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3E30EB7E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75C714B1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69B9606A" w14:textId="77777777" w:rsidTr="00FD185A">
        <w:tc>
          <w:tcPr>
            <w:tcW w:w="2943" w:type="dxa"/>
            <w:vAlign w:val="center"/>
          </w:tcPr>
          <w:p w14:paraId="3236ADDB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Small-Group Teaching / Tutorial</w:t>
            </w:r>
          </w:p>
        </w:tc>
        <w:tc>
          <w:tcPr>
            <w:tcW w:w="1560" w:type="dxa"/>
          </w:tcPr>
          <w:p w14:paraId="76B88897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205D077D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2BF4F8FD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7000CCB0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46EFB156" w14:textId="77777777" w:rsidTr="00FD185A">
        <w:tc>
          <w:tcPr>
            <w:tcW w:w="2943" w:type="dxa"/>
            <w:vAlign w:val="center"/>
          </w:tcPr>
          <w:p w14:paraId="07B4B2AE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Practical / Demonstration</w:t>
            </w:r>
          </w:p>
        </w:tc>
        <w:tc>
          <w:tcPr>
            <w:tcW w:w="1560" w:type="dxa"/>
          </w:tcPr>
          <w:p w14:paraId="3A376D77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7B6F472B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770A2DC3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5C8A7678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02FE73DC" w14:textId="77777777" w:rsidTr="00FD185A">
        <w:tc>
          <w:tcPr>
            <w:tcW w:w="2943" w:type="dxa"/>
            <w:vAlign w:val="center"/>
          </w:tcPr>
          <w:p w14:paraId="7472FE9D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Clinical / Bedside Teaching</w:t>
            </w:r>
          </w:p>
        </w:tc>
        <w:tc>
          <w:tcPr>
            <w:tcW w:w="1560" w:type="dxa"/>
          </w:tcPr>
          <w:p w14:paraId="7A9ECD16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392EAF2B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4F02C6EF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38968F26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3E2A4E1C" w14:textId="77777777" w:rsidTr="00FD185A">
        <w:tc>
          <w:tcPr>
            <w:tcW w:w="2943" w:type="dxa"/>
            <w:vAlign w:val="center"/>
          </w:tcPr>
          <w:p w14:paraId="76AF643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CBL / Case-Based Learning</w:t>
            </w:r>
          </w:p>
        </w:tc>
        <w:tc>
          <w:tcPr>
            <w:tcW w:w="1560" w:type="dxa"/>
          </w:tcPr>
          <w:p w14:paraId="41A53D2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7B2896A0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5F276991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0609B9D2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6B3AD4ED" w14:textId="77777777" w:rsidTr="00FD185A">
        <w:tc>
          <w:tcPr>
            <w:tcW w:w="2943" w:type="dxa"/>
            <w:vAlign w:val="center"/>
          </w:tcPr>
          <w:p w14:paraId="78035113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TBL / Team-Based Learning</w:t>
            </w:r>
          </w:p>
        </w:tc>
        <w:tc>
          <w:tcPr>
            <w:tcW w:w="1560" w:type="dxa"/>
          </w:tcPr>
          <w:p w14:paraId="324A3BFE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64EC3CF0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55EAAFD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276866C1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21C76862" w14:textId="77777777" w:rsidTr="00FD185A">
        <w:tc>
          <w:tcPr>
            <w:tcW w:w="2943" w:type="dxa"/>
            <w:vAlign w:val="center"/>
          </w:tcPr>
          <w:p w14:paraId="4B0767A2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Skills / Simulation Teaching</w:t>
            </w:r>
          </w:p>
        </w:tc>
        <w:tc>
          <w:tcPr>
            <w:tcW w:w="1560" w:type="dxa"/>
          </w:tcPr>
          <w:p w14:paraId="761F7C1A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30E8F1E0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7393DEB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0AD4D3A0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09BBE445" w14:textId="77777777" w:rsidTr="00FD185A">
        <w:tc>
          <w:tcPr>
            <w:tcW w:w="2943" w:type="dxa"/>
            <w:vAlign w:val="center"/>
          </w:tcPr>
          <w:p w14:paraId="79FC4779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Other Assigned Teaching</w:t>
            </w:r>
          </w:p>
        </w:tc>
        <w:tc>
          <w:tcPr>
            <w:tcW w:w="1560" w:type="dxa"/>
          </w:tcPr>
          <w:p w14:paraId="5E4EDEE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2CAE837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0D3B4FB7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376DC8C4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2138390A" w14:textId="77777777" w:rsidTr="00FD185A">
        <w:tc>
          <w:tcPr>
            <w:tcW w:w="2943" w:type="dxa"/>
            <w:shd w:val="clear" w:color="auto" w:fill="EAF2F8"/>
            <w:vAlign w:val="center"/>
          </w:tcPr>
          <w:p w14:paraId="0830CF1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TOTAL</w:t>
            </w:r>
          </w:p>
        </w:tc>
        <w:tc>
          <w:tcPr>
            <w:tcW w:w="1560" w:type="dxa"/>
            <w:shd w:val="clear" w:color="auto" w:fill="EAF2F8"/>
          </w:tcPr>
          <w:p w14:paraId="538626CF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shd w:val="clear" w:color="auto" w:fill="EAF2F8"/>
            <w:vAlign w:val="center"/>
          </w:tcPr>
          <w:p w14:paraId="5C8BB188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EAF2F8"/>
            <w:vAlign w:val="center"/>
          </w:tcPr>
          <w:p w14:paraId="7626A28B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shd w:val="clear" w:color="auto" w:fill="EAF2F8"/>
            <w:vAlign w:val="center"/>
          </w:tcPr>
          <w:p w14:paraId="43369D2A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2AC8978B" w14:textId="77777777" w:rsidTr="00FD185A">
        <w:tc>
          <w:tcPr>
            <w:tcW w:w="10314" w:type="dxa"/>
            <w:gridSpan w:val="5"/>
            <w:shd w:val="clear" w:color="auto" w:fill="8DB3E2" w:themeFill="text2" w:themeFillTint="66"/>
            <w:vAlign w:val="center"/>
          </w:tcPr>
          <w:p w14:paraId="04F0F3E0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4"/>
              </w:rPr>
              <w:t>Faculty / Chairperson Certification</w:t>
            </w:r>
          </w:p>
        </w:tc>
      </w:tr>
      <w:tr w:rsidR="00EC133F" w:rsidRPr="003712FC" w14:paraId="347CB51F" w14:textId="77777777" w:rsidTr="00FD185A">
        <w:tc>
          <w:tcPr>
            <w:tcW w:w="2943" w:type="dxa"/>
            <w:shd w:val="clear" w:color="auto" w:fill="D9EAF7"/>
            <w:vAlign w:val="center"/>
          </w:tcPr>
          <w:p w14:paraId="6C6A67B1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Faculty Signature</w:t>
            </w:r>
          </w:p>
        </w:tc>
        <w:tc>
          <w:tcPr>
            <w:tcW w:w="3261" w:type="dxa"/>
            <w:gridSpan w:val="2"/>
            <w:vAlign w:val="center"/>
          </w:tcPr>
          <w:p w14:paraId="4918D3FB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58892690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Date</w:t>
            </w:r>
          </w:p>
        </w:tc>
        <w:tc>
          <w:tcPr>
            <w:tcW w:w="2126" w:type="dxa"/>
            <w:vAlign w:val="center"/>
          </w:tcPr>
          <w:p w14:paraId="20994F1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536E7F22" w14:textId="77777777" w:rsidTr="00FD185A">
        <w:tc>
          <w:tcPr>
            <w:tcW w:w="2943" w:type="dxa"/>
            <w:shd w:val="clear" w:color="auto" w:fill="D9EAF7"/>
            <w:vAlign w:val="center"/>
          </w:tcPr>
          <w:p w14:paraId="2F3D38D6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Chairperson Signature</w:t>
            </w:r>
          </w:p>
        </w:tc>
        <w:tc>
          <w:tcPr>
            <w:tcW w:w="3261" w:type="dxa"/>
            <w:gridSpan w:val="2"/>
            <w:vAlign w:val="center"/>
          </w:tcPr>
          <w:p w14:paraId="5ABA23A9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31F6F3E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Date</w:t>
            </w:r>
          </w:p>
        </w:tc>
        <w:tc>
          <w:tcPr>
            <w:tcW w:w="2126" w:type="dxa"/>
            <w:vAlign w:val="center"/>
          </w:tcPr>
          <w:p w14:paraId="69F76870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18952F33" w14:textId="77777777" w:rsidR="00EC133F" w:rsidRDefault="00EC133F" w:rsidP="00EC133F">
      <w:pPr>
        <w:rPr>
          <w:rFonts w:ascii="Times New Roman" w:hAnsi="Times New Roman" w:cs="Times New Roman"/>
          <w:sz w:val="24"/>
        </w:rPr>
      </w:pPr>
      <w:r w:rsidRPr="003712FC">
        <w:rPr>
          <w:rFonts w:ascii="Times New Roman" w:hAnsi="Times New Roman" w:cs="Times New Roman"/>
          <w:sz w:val="24"/>
        </w:rPr>
        <w:br w:type="page"/>
      </w:r>
    </w:p>
    <w:p w14:paraId="7747A330" w14:textId="77777777" w:rsidR="00EC133F" w:rsidRDefault="00EC133F" w:rsidP="00EC133F">
      <w:pPr>
        <w:rPr>
          <w:rFonts w:ascii="Times New Roman" w:hAnsi="Times New Roman" w:cs="Times New Roman"/>
          <w:sz w:val="24"/>
        </w:rPr>
      </w:pPr>
    </w:p>
    <w:p w14:paraId="08A96497" w14:textId="51FB999D" w:rsidR="00EC133F" w:rsidRPr="00A56E5C" w:rsidRDefault="00EC133F" w:rsidP="00EC133F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8"/>
        </w:rPr>
        <w:t>D</w:t>
      </w:r>
      <w:r w:rsidRPr="00A56E5C">
        <w:rPr>
          <w:rFonts w:ascii="Times New Roman" w:hAnsi="Times New Roman" w:cs="Times New Roman"/>
          <w:b/>
          <w:sz w:val="28"/>
        </w:rPr>
        <w:t xml:space="preserve">. INDIVIDUAL FACULTY TEACHING HOURS ALLOCATION — </w:t>
      </w:r>
      <w:r>
        <w:rPr>
          <w:rFonts w:ascii="Times New Roman" w:hAnsi="Times New Roman" w:cs="Times New Roman"/>
          <w:b/>
          <w:sz w:val="28"/>
        </w:rPr>
        <w:t>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3"/>
        <w:gridCol w:w="1560"/>
        <w:gridCol w:w="1701"/>
        <w:gridCol w:w="1984"/>
        <w:gridCol w:w="2126"/>
      </w:tblGrid>
      <w:tr w:rsidR="00EC133F" w:rsidRPr="003712FC" w14:paraId="4125CFD3" w14:textId="77777777" w:rsidTr="00FD185A">
        <w:tc>
          <w:tcPr>
            <w:tcW w:w="2943" w:type="dxa"/>
            <w:shd w:val="clear" w:color="auto" w:fill="D9EAF7"/>
            <w:vAlign w:val="center"/>
          </w:tcPr>
          <w:p w14:paraId="6584BD29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Faculty Name</w:t>
            </w:r>
          </w:p>
        </w:tc>
        <w:tc>
          <w:tcPr>
            <w:tcW w:w="3261" w:type="dxa"/>
            <w:gridSpan w:val="2"/>
            <w:vAlign w:val="center"/>
          </w:tcPr>
          <w:p w14:paraId="3059B299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7C257637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Designation</w:t>
            </w:r>
          </w:p>
        </w:tc>
        <w:tc>
          <w:tcPr>
            <w:tcW w:w="2126" w:type="dxa"/>
            <w:vAlign w:val="center"/>
          </w:tcPr>
          <w:p w14:paraId="443505A1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6DBA903B" w14:textId="77777777" w:rsidTr="00FD185A">
        <w:tc>
          <w:tcPr>
            <w:tcW w:w="2943" w:type="dxa"/>
            <w:shd w:val="clear" w:color="auto" w:fill="D9EAF7"/>
            <w:vAlign w:val="center"/>
          </w:tcPr>
          <w:p w14:paraId="62A29F6D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Department</w:t>
            </w:r>
          </w:p>
        </w:tc>
        <w:tc>
          <w:tcPr>
            <w:tcW w:w="3261" w:type="dxa"/>
            <w:gridSpan w:val="2"/>
            <w:vAlign w:val="center"/>
          </w:tcPr>
          <w:p w14:paraId="13CB074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6EE2A067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Academic Year</w:t>
            </w:r>
          </w:p>
        </w:tc>
        <w:tc>
          <w:tcPr>
            <w:tcW w:w="2126" w:type="dxa"/>
            <w:vAlign w:val="center"/>
          </w:tcPr>
          <w:p w14:paraId="0730946B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2"/>
              </w:rPr>
              <w:t>2025–26</w:t>
            </w:r>
          </w:p>
        </w:tc>
      </w:tr>
      <w:tr w:rsidR="00EC133F" w:rsidRPr="003712FC" w14:paraId="3A11EBB6" w14:textId="77777777" w:rsidTr="00FD185A">
        <w:tc>
          <w:tcPr>
            <w:tcW w:w="2943" w:type="dxa"/>
            <w:shd w:val="clear" w:color="auto" w:fill="D9EAF7"/>
            <w:vAlign w:val="center"/>
          </w:tcPr>
          <w:p w14:paraId="293C0C97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Primary Course / Subject</w:t>
            </w:r>
          </w:p>
        </w:tc>
        <w:tc>
          <w:tcPr>
            <w:tcW w:w="3261" w:type="dxa"/>
            <w:gridSpan w:val="2"/>
            <w:vAlign w:val="center"/>
          </w:tcPr>
          <w:p w14:paraId="7FBBB8B8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5FAA7011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Reporting Period</w:t>
            </w:r>
          </w:p>
        </w:tc>
        <w:tc>
          <w:tcPr>
            <w:tcW w:w="2126" w:type="dxa"/>
            <w:vAlign w:val="center"/>
          </w:tcPr>
          <w:p w14:paraId="289A148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0425B55A" w14:textId="77777777" w:rsidTr="00FD185A">
        <w:tc>
          <w:tcPr>
            <w:tcW w:w="2943" w:type="dxa"/>
            <w:shd w:val="clear" w:color="auto" w:fill="D9EAF7"/>
            <w:vAlign w:val="center"/>
          </w:tcPr>
          <w:p w14:paraId="5C8C8433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Teaching Modality</w:t>
            </w:r>
          </w:p>
        </w:tc>
        <w:tc>
          <w:tcPr>
            <w:tcW w:w="1560" w:type="dxa"/>
            <w:shd w:val="clear" w:color="auto" w:fill="D9EAF7"/>
          </w:tcPr>
          <w:p w14:paraId="15B885A0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Year of MBBS</w:t>
            </w:r>
          </w:p>
        </w:tc>
        <w:tc>
          <w:tcPr>
            <w:tcW w:w="1701" w:type="dxa"/>
            <w:shd w:val="clear" w:color="auto" w:fill="D9EAF7"/>
            <w:vAlign w:val="center"/>
          </w:tcPr>
          <w:p w14:paraId="62EB109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Module / Clinical rotation</w:t>
            </w:r>
          </w:p>
        </w:tc>
        <w:tc>
          <w:tcPr>
            <w:tcW w:w="1984" w:type="dxa"/>
            <w:shd w:val="clear" w:color="auto" w:fill="D9EAF7"/>
            <w:vAlign w:val="center"/>
          </w:tcPr>
          <w:p w14:paraId="6EE80C94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Total Hours / Academic Year</w:t>
            </w:r>
          </w:p>
        </w:tc>
        <w:tc>
          <w:tcPr>
            <w:tcW w:w="2126" w:type="dxa"/>
            <w:shd w:val="clear" w:color="auto" w:fill="D9EAF7"/>
            <w:vAlign w:val="center"/>
          </w:tcPr>
          <w:p w14:paraId="57376B8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Remarks</w:t>
            </w:r>
          </w:p>
        </w:tc>
      </w:tr>
      <w:tr w:rsidR="00EC133F" w:rsidRPr="003712FC" w14:paraId="25D75BE8" w14:textId="77777777" w:rsidTr="00FD185A">
        <w:tc>
          <w:tcPr>
            <w:tcW w:w="2943" w:type="dxa"/>
            <w:vAlign w:val="center"/>
          </w:tcPr>
          <w:p w14:paraId="35AAE8DB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Large-Group / Lecture</w:t>
            </w:r>
          </w:p>
        </w:tc>
        <w:tc>
          <w:tcPr>
            <w:tcW w:w="1560" w:type="dxa"/>
          </w:tcPr>
          <w:p w14:paraId="78B3E502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28657A8F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581B8B1A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33B44567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6742FC16" w14:textId="77777777" w:rsidTr="00FD185A">
        <w:tc>
          <w:tcPr>
            <w:tcW w:w="2943" w:type="dxa"/>
            <w:vAlign w:val="center"/>
          </w:tcPr>
          <w:p w14:paraId="51EDA4CD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Small-Group Teaching / Tutorial</w:t>
            </w:r>
          </w:p>
        </w:tc>
        <w:tc>
          <w:tcPr>
            <w:tcW w:w="1560" w:type="dxa"/>
          </w:tcPr>
          <w:p w14:paraId="24D83E4A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6DA735A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55880EB3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5FA8BC0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155833C4" w14:textId="77777777" w:rsidTr="00FD185A">
        <w:tc>
          <w:tcPr>
            <w:tcW w:w="2943" w:type="dxa"/>
            <w:vAlign w:val="center"/>
          </w:tcPr>
          <w:p w14:paraId="0FCDCF22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Practical / Demonstration</w:t>
            </w:r>
          </w:p>
        </w:tc>
        <w:tc>
          <w:tcPr>
            <w:tcW w:w="1560" w:type="dxa"/>
          </w:tcPr>
          <w:p w14:paraId="658FF77B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5F16295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703D9C0A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069821E0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0543C9B4" w14:textId="77777777" w:rsidTr="00FD185A">
        <w:tc>
          <w:tcPr>
            <w:tcW w:w="2943" w:type="dxa"/>
            <w:vAlign w:val="center"/>
          </w:tcPr>
          <w:p w14:paraId="73C6B22D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Clinical / Bedside Teaching</w:t>
            </w:r>
          </w:p>
        </w:tc>
        <w:tc>
          <w:tcPr>
            <w:tcW w:w="1560" w:type="dxa"/>
          </w:tcPr>
          <w:p w14:paraId="28AE6F98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46FBEED0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4A057E2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4FC64B4E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02904AF0" w14:textId="77777777" w:rsidTr="00FD185A">
        <w:tc>
          <w:tcPr>
            <w:tcW w:w="2943" w:type="dxa"/>
            <w:vAlign w:val="center"/>
          </w:tcPr>
          <w:p w14:paraId="149DB41E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CBL / Case-Based Learning</w:t>
            </w:r>
          </w:p>
        </w:tc>
        <w:tc>
          <w:tcPr>
            <w:tcW w:w="1560" w:type="dxa"/>
          </w:tcPr>
          <w:p w14:paraId="01139F72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68D882E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55228B0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293C1F7A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14D9FB34" w14:textId="77777777" w:rsidTr="00FD185A">
        <w:tc>
          <w:tcPr>
            <w:tcW w:w="2943" w:type="dxa"/>
            <w:vAlign w:val="center"/>
          </w:tcPr>
          <w:p w14:paraId="749794D4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TBL / Team-Based Learning</w:t>
            </w:r>
          </w:p>
        </w:tc>
        <w:tc>
          <w:tcPr>
            <w:tcW w:w="1560" w:type="dxa"/>
          </w:tcPr>
          <w:p w14:paraId="7635795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7C7CAD6F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5616696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34D61B16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1895CE2E" w14:textId="77777777" w:rsidTr="00FD185A">
        <w:tc>
          <w:tcPr>
            <w:tcW w:w="2943" w:type="dxa"/>
            <w:vAlign w:val="center"/>
          </w:tcPr>
          <w:p w14:paraId="0986B610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Skills / Simulation Teaching</w:t>
            </w:r>
          </w:p>
        </w:tc>
        <w:tc>
          <w:tcPr>
            <w:tcW w:w="1560" w:type="dxa"/>
          </w:tcPr>
          <w:p w14:paraId="100331D2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659B0CFE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084E65F6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42AA413E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76023EC7" w14:textId="77777777" w:rsidTr="00FD185A">
        <w:tc>
          <w:tcPr>
            <w:tcW w:w="2943" w:type="dxa"/>
            <w:vAlign w:val="center"/>
          </w:tcPr>
          <w:p w14:paraId="46136858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Other Assigned Teaching</w:t>
            </w:r>
          </w:p>
        </w:tc>
        <w:tc>
          <w:tcPr>
            <w:tcW w:w="1560" w:type="dxa"/>
          </w:tcPr>
          <w:p w14:paraId="7196C332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3FCB3D17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72F372CB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0087D4FB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57B9FE79" w14:textId="77777777" w:rsidTr="00FD185A">
        <w:tc>
          <w:tcPr>
            <w:tcW w:w="2943" w:type="dxa"/>
            <w:shd w:val="clear" w:color="auto" w:fill="EAF2F8"/>
            <w:vAlign w:val="center"/>
          </w:tcPr>
          <w:p w14:paraId="4F2F4ED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TOTAL</w:t>
            </w:r>
          </w:p>
        </w:tc>
        <w:tc>
          <w:tcPr>
            <w:tcW w:w="1560" w:type="dxa"/>
            <w:shd w:val="clear" w:color="auto" w:fill="EAF2F8"/>
          </w:tcPr>
          <w:p w14:paraId="64F00E07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shd w:val="clear" w:color="auto" w:fill="EAF2F8"/>
            <w:vAlign w:val="center"/>
          </w:tcPr>
          <w:p w14:paraId="68571BC6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EAF2F8"/>
            <w:vAlign w:val="center"/>
          </w:tcPr>
          <w:p w14:paraId="70D1771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shd w:val="clear" w:color="auto" w:fill="EAF2F8"/>
            <w:vAlign w:val="center"/>
          </w:tcPr>
          <w:p w14:paraId="2ED26002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43371588" w14:textId="77777777" w:rsidTr="00FD185A">
        <w:tc>
          <w:tcPr>
            <w:tcW w:w="10314" w:type="dxa"/>
            <w:gridSpan w:val="5"/>
            <w:shd w:val="clear" w:color="auto" w:fill="8DB3E2" w:themeFill="text2" w:themeFillTint="66"/>
            <w:vAlign w:val="center"/>
          </w:tcPr>
          <w:p w14:paraId="15644851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4"/>
              </w:rPr>
              <w:t>Faculty / Chairperson Certification</w:t>
            </w:r>
          </w:p>
        </w:tc>
      </w:tr>
      <w:tr w:rsidR="00EC133F" w:rsidRPr="003712FC" w14:paraId="4B22426C" w14:textId="77777777" w:rsidTr="00FD185A">
        <w:tc>
          <w:tcPr>
            <w:tcW w:w="2943" w:type="dxa"/>
            <w:shd w:val="clear" w:color="auto" w:fill="D9EAF7"/>
            <w:vAlign w:val="center"/>
          </w:tcPr>
          <w:p w14:paraId="3341CE89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Faculty Signature</w:t>
            </w:r>
          </w:p>
        </w:tc>
        <w:tc>
          <w:tcPr>
            <w:tcW w:w="3261" w:type="dxa"/>
            <w:gridSpan w:val="2"/>
            <w:vAlign w:val="center"/>
          </w:tcPr>
          <w:p w14:paraId="7E9D2639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6DD04B58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Date</w:t>
            </w:r>
          </w:p>
        </w:tc>
        <w:tc>
          <w:tcPr>
            <w:tcW w:w="2126" w:type="dxa"/>
            <w:vAlign w:val="center"/>
          </w:tcPr>
          <w:p w14:paraId="6AE76BDF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7C9F8AF3" w14:textId="77777777" w:rsidTr="00FD185A">
        <w:tc>
          <w:tcPr>
            <w:tcW w:w="2943" w:type="dxa"/>
            <w:shd w:val="clear" w:color="auto" w:fill="D9EAF7"/>
            <w:vAlign w:val="center"/>
          </w:tcPr>
          <w:p w14:paraId="7C5AFF2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Chairperson Signature</w:t>
            </w:r>
          </w:p>
        </w:tc>
        <w:tc>
          <w:tcPr>
            <w:tcW w:w="3261" w:type="dxa"/>
            <w:gridSpan w:val="2"/>
            <w:vAlign w:val="center"/>
          </w:tcPr>
          <w:p w14:paraId="49FC484D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6E6E7BA0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Date</w:t>
            </w:r>
          </w:p>
        </w:tc>
        <w:tc>
          <w:tcPr>
            <w:tcW w:w="2126" w:type="dxa"/>
            <w:vAlign w:val="center"/>
          </w:tcPr>
          <w:p w14:paraId="1F89982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FA28A9C" w14:textId="77777777" w:rsidR="00EC133F" w:rsidRDefault="00EC133F" w:rsidP="00EC133F">
      <w:pPr>
        <w:rPr>
          <w:rFonts w:ascii="Times New Roman" w:hAnsi="Times New Roman" w:cs="Times New Roman"/>
          <w:sz w:val="24"/>
        </w:rPr>
      </w:pPr>
    </w:p>
    <w:p w14:paraId="69AC3FBC" w14:textId="77777777" w:rsidR="00EC133F" w:rsidRDefault="00EC133F" w:rsidP="00EC133F">
      <w:pPr>
        <w:rPr>
          <w:rFonts w:ascii="Times New Roman" w:hAnsi="Times New Roman" w:cs="Times New Roman"/>
          <w:b/>
          <w:sz w:val="28"/>
        </w:rPr>
      </w:pPr>
      <w:r w:rsidRPr="00A56E5C">
        <w:rPr>
          <w:rFonts w:ascii="Times New Roman" w:hAnsi="Times New Roman" w:cs="Times New Roman"/>
          <w:b/>
          <w:sz w:val="28"/>
        </w:rPr>
        <w:t xml:space="preserve">  </w:t>
      </w:r>
    </w:p>
    <w:p w14:paraId="101610ED" w14:textId="77777777" w:rsidR="00EC133F" w:rsidRDefault="00EC133F" w:rsidP="00EC133F">
      <w:pPr>
        <w:rPr>
          <w:rFonts w:ascii="Times New Roman" w:hAnsi="Times New Roman" w:cs="Times New Roman"/>
          <w:b/>
          <w:sz w:val="28"/>
        </w:rPr>
      </w:pPr>
    </w:p>
    <w:p w14:paraId="399410B7" w14:textId="3BBED778" w:rsidR="00EC133F" w:rsidRPr="00A56E5C" w:rsidRDefault="00EC133F" w:rsidP="00EC133F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8"/>
        </w:rPr>
        <w:t>E</w:t>
      </w:r>
      <w:r w:rsidRPr="00A56E5C">
        <w:rPr>
          <w:rFonts w:ascii="Times New Roman" w:hAnsi="Times New Roman" w:cs="Times New Roman"/>
          <w:b/>
          <w:sz w:val="28"/>
        </w:rPr>
        <w:t xml:space="preserve">. INDIVIDUAL FACULTY TEACHING HOURS ALLOCATION — </w:t>
      </w:r>
      <w:r>
        <w:rPr>
          <w:rFonts w:ascii="Times New Roman" w:hAnsi="Times New Roman" w:cs="Times New Roman"/>
          <w:b/>
          <w:sz w:val="28"/>
        </w:rPr>
        <w:t>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3"/>
        <w:gridCol w:w="1560"/>
        <w:gridCol w:w="1701"/>
        <w:gridCol w:w="1984"/>
        <w:gridCol w:w="2126"/>
      </w:tblGrid>
      <w:tr w:rsidR="00EC133F" w:rsidRPr="003712FC" w14:paraId="5CC4B5D9" w14:textId="77777777" w:rsidTr="00FD185A">
        <w:tc>
          <w:tcPr>
            <w:tcW w:w="2943" w:type="dxa"/>
            <w:shd w:val="clear" w:color="auto" w:fill="D9EAF7"/>
            <w:vAlign w:val="center"/>
          </w:tcPr>
          <w:p w14:paraId="0052144D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Faculty Name</w:t>
            </w:r>
          </w:p>
        </w:tc>
        <w:tc>
          <w:tcPr>
            <w:tcW w:w="3261" w:type="dxa"/>
            <w:gridSpan w:val="2"/>
            <w:vAlign w:val="center"/>
          </w:tcPr>
          <w:p w14:paraId="67E17CF3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50837236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Designation</w:t>
            </w:r>
          </w:p>
        </w:tc>
        <w:tc>
          <w:tcPr>
            <w:tcW w:w="2126" w:type="dxa"/>
            <w:vAlign w:val="center"/>
          </w:tcPr>
          <w:p w14:paraId="5DC1541D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119343C0" w14:textId="77777777" w:rsidTr="00FD185A">
        <w:tc>
          <w:tcPr>
            <w:tcW w:w="2943" w:type="dxa"/>
            <w:shd w:val="clear" w:color="auto" w:fill="D9EAF7"/>
            <w:vAlign w:val="center"/>
          </w:tcPr>
          <w:p w14:paraId="0181337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Department</w:t>
            </w:r>
          </w:p>
        </w:tc>
        <w:tc>
          <w:tcPr>
            <w:tcW w:w="3261" w:type="dxa"/>
            <w:gridSpan w:val="2"/>
            <w:vAlign w:val="center"/>
          </w:tcPr>
          <w:p w14:paraId="549FB903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0E899A0F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Academic Year</w:t>
            </w:r>
          </w:p>
        </w:tc>
        <w:tc>
          <w:tcPr>
            <w:tcW w:w="2126" w:type="dxa"/>
            <w:vAlign w:val="center"/>
          </w:tcPr>
          <w:p w14:paraId="4FE7FAF4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2"/>
              </w:rPr>
              <w:t>2025–26</w:t>
            </w:r>
          </w:p>
        </w:tc>
      </w:tr>
      <w:tr w:rsidR="00EC133F" w:rsidRPr="003712FC" w14:paraId="086EA0CE" w14:textId="77777777" w:rsidTr="00FD185A">
        <w:tc>
          <w:tcPr>
            <w:tcW w:w="2943" w:type="dxa"/>
            <w:shd w:val="clear" w:color="auto" w:fill="D9EAF7"/>
            <w:vAlign w:val="center"/>
          </w:tcPr>
          <w:p w14:paraId="599ADFCF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Primary Course / Subject</w:t>
            </w:r>
          </w:p>
        </w:tc>
        <w:tc>
          <w:tcPr>
            <w:tcW w:w="3261" w:type="dxa"/>
            <w:gridSpan w:val="2"/>
            <w:vAlign w:val="center"/>
          </w:tcPr>
          <w:p w14:paraId="2588F7D8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1298E5AD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Reporting Period</w:t>
            </w:r>
          </w:p>
        </w:tc>
        <w:tc>
          <w:tcPr>
            <w:tcW w:w="2126" w:type="dxa"/>
            <w:vAlign w:val="center"/>
          </w:tcPr>
          <w:p w14:paraId="0EAFC6E9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02F211E8" w14:textId="77777777" w:rsidTr="00FD185A">
        <w:tc>
          <w:tcPr>
            <w:tcW w:w="2943" w:type="dxa"/>
            <w:shd w:val="clear" w:color="auto" w:fill="D9EAF7"/>
            <w:vAlign w:val="center"/>
          </w:tcPr>
          <w:p w14:paraId="171BAF3E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Teaching Modality</w:t>
            </w:r>
          </w:p>
        </w:tc>
        <w:tc>
          <w:tcPr>
            <w:tcW w:w="1560" w:type="dxa"/>
            <w:shd w:val="clear" w:color="auto" w:fill="D9EAF7"/>
          </w:tcPr>
          <w:p w14:paraId="1C1E9E0A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Year of MBBS</w:t>
            </w:r>
          </w:p>
        </w:tc>
        <w:tc>
          <w:tcPr>
            <w:tcW w:w="1701" w:type="dxa"/>
            <w:shd w:val="clear" w:color="auto" w:fill="D9EAF7"/>
            <w:vAlign w:val="center"/>
          </w:tcPr>
          <w:p w14:paraId="5DA1A82B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Module / Clinical rotation</w:t>
            </w:r>
          </w:p>
        </w:tc>
        <w:tc>
          <w:tcPr>
            <w:tcW w:w="1984" w:type="dxa"/>
            <w:shd w:val="clear" w:color="auto" w:fill="D9EAF7"/>
            <w:vAlign w:val="center"/>
          </w:tcPr>
          <w:p w14:paraId="1DBD5EDA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Total Hours / Academic Year</w:t>
            </w:r>
          </w:p>
        </w:tc>
        <w:tc>
          <w:tcPr>
            <w:tcW w:w="2126" w:type="dxa"/>
            <w:shd w:val="clear" w:color="auto" w:fill="D9EAF7"/>
            <w:vAlign w:val="center"/>
          </w:tcPr>
          <w:p w14:paraId="04EC93E3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Remarks</w:t>
            </w:r>
          </w:p>
        </w:tc>
      </w:tr>
      <w:tr w:rsidR="00EC133F" w:rsidRPr="003712FC" w14:paraId="1A3A7128" w14:textId="77777777" w:rsidTr="00FD185A">
        <w:tc>
          <w:tcPr>
            <w:tcW w:w="2943" w:type="dxa"/>
            <w:vAlign w:val="center"/>
          </w:tcPr>
          <w:p w14:paraId="1BA5ABBA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Large-Group / Lecture</w:t>
            </w:r>
          </w:p>
        </w:tc>
        <w:tc>
          <w:tcPr>
            <w:tcW w:w="1560" w:type="dxa"/>
          </w:tcPr>
          <w:p w14:paraId="3DB9CC20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BD8B208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63329E8B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27F918D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0751E9DA" w14:textId="77777777" w:rsidTr="00FD185A">
        <w:tc>
          <w:tcPr>
            <w:tcW w:w="2943" w:type="dxa"/>
            <w:vAlign w:val="center"/>
          </w:tcPr>
          <w:p w14:paraId="4F13D3D6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Small-Group Teaching / Tutorial</w:t>
            </w:r>
          </w:p>
        </w:tc>
        <w:tc>
          <w:tcPr>
            <w:tcW w:w="1560" w:type="dxa"/>
          </w:tcPr>
          <w:p w14:paraId="46B29D72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4D4EFD0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6A4E9F02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6536EDE9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2330A2FD" w14:textId="77777777" w:rsidTr="00FD185A">
        <w:tc>
          <w:tcPr>
            <w:tcW w:w="2943" w:type="dxa"/>
            <w:vAlign w:val="center"/>
          </w:tcPr>
          <w:p w14:paraId="6C84FA61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Practical / Demonstration</w:t>
            </w:r>
          </w:p>
        </w:tc>
        <w:tc>
          <w:tcPr>
            <w:tcW w:w="1560" w:type="dxa"/>
          </w:tcPr>
          <w:p w14:paraId="44863F31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6D3320A0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5D77948E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4F8B044B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2422588F" w14:textId="77777777" w:rsidTr="00FD185A">
        <w:tc>
          <w:tcPr>
            <w:tcW w:w="2943" w:type="dxa"/>
            <w:vAlign w:val="center"/>
          </w:tcPr>
          <w:p w14:paraId="1BE99369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Clinical / Bedside Teaching</w:t>
            </w:r>
          </w:p>
        </w:tc>
        <w:tc>
          <w:tcPr>
            <w:tcW w:w="1560" w:type="dxa"/>
          </w:tcPr>
          <w:p w14:paraId="6AC8F244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3A0313B7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23181472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6DD51F6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34311CEA" w14:textId="77777777" w:rsidTr="00FD185A">
        <w:tc>
          <w:tcPr>
            <w:tcW w:w="2943" w:type="dxa"/>
            <w:vAlign w:val="center"/>
          </w:tcPr>
          <w:p w14:paraId="54AC2AF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CBL / Case-Based Learning</w:t>
            </w:r>
          </w:p>
        </w:tc>
        <w:tc>
          <w:tcPr>
            <w:tcW w:w="1560" w:type="dxa"/>
          </w:tcPr>
          <w:p w14:paraId="6BF8DE01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4569C6DF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05FF3241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2A37A7E7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57576103" w14:textId="77777777" w:rsidTr="00FD185A">
        <w:tc>
          <w:tcPr>
            <w:tcW w:w="2943" w:type="dxa"/>
            <w:vAlign w:val="center"/>
          </w:tcPr>
          <w:p w14:paraId="5B2F083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TBL / Team-Based Learning</w:t>
            </w:r>
          </w:p>
        </w:tc>
        <w:tc>
          <w:tcPr>
            <w:tcW w:w="1560" w:type="dxa"/>
          </w:tcPr>
          <w:p w14:paraId="365BCDB9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7AF00992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65AC1E4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171337FB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21B9A7C6" w14:textId="77777777" w:rsidTr="00FD185A">
        <w:tc>
          <w:tcPr>
            <w:tcW w:w="2943" w:type="dxa"/>
            <w:vAlign w:val="center"/>
          </w:tcPr>
          <w:p w14:paraId="4E319F3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Skills / Simulation Teaching</w:t>
            </w:r>
          </w:p>
        </w:tc>
        <w:tc>
          <w:tcPr>
            <w:tcW w:w="1560" w:type="dxa"/>
          </w:tcPr>
          <w:p w14:paraId="60B59C67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323E07B1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10B9D6D6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447398C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228AC2EE" w14:textId="77777777" w:rsidTr="00FD185A">
        <w:tc>
          <w:tcPr>
            <w:tcW w:w="2943" w:type="dxa"/>
            <w:vAlign w:val="center"/>
          </w:tcPr>
          <w:p w14:paraId="6A660C5A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Other Assigned Teaching</w:t>
            </w:r>
          </w:p>
        </w:tc>
        <w:tc>
          <w:tcPr>
            <w:tcW w:w="1560" w:type="dxa"/>
          </w:tcPr>
          <w:p w14:paraId="67F4C617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346041B0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6BC4D4E7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79288532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5EEBBB95" w14:textId="77777777" w:rsidTr="00FD185A">
        <w:tc>
          <w:tcPr>
            <w:tcW w:w="2943" w:type="dxa"/>
            <w:shd w:val="clear" w:color="auto" w:fill="EAF2F8"/>
            <w:vAlign w:val="center"/>
          </w:tcPr>
          <w:p w14:paraId="4064F05D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TOTAL</w:t>
            </w:r>
          </w:p>
        </w:tc>
        <w:tc>
          <w:tcPr>
            <w:tcW w:w="1560" w:type="dxa"/>
            <w:shd w:val="clear" w:color="auto" w:fill="EAF2F8"/>
          </w:tcPr>
          <w:p w14:paraId="7B65F9B2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shd w:val="clear" w:color="auto" w:fill="EAF2F8"/>
            <w:vAlign w:val="center"/>
          </w:tcPr>
          <w:p w14:paraId="122920A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EAF2F8"/>
            <w:vAlign w:val="center"/>
          </w:tcPr>
          <w:p w14:paraId="4ED71577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shd w:val="clear" w:color="auto" w:fill="EAF2F8"/>
            <w:vAlign w:val="center"/>
          </w:tcPr>
          <w:p w14:paraId="2C5F4BCD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45700065" w14:textId="77777777" w:rsidTr="00FD185A">
        <w:tc>
          <w:tcPr>
            <w:tcW w:w="10314" w:type="dxa"/>
            <w:gridSpan w:val="5"/>
            <w:shd w:val="clear" w:color="auto" w:fill="8DB3E2" w:themeFill="text2" w:themeFillTint="66"/>
            <w:vAlign w:val="center"/>
          </w:tcPr>
          <w:p w14:paraId="1488213E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4"/>
              </w:rPr>
              <w:t>Faculty / Chairperson Certification</w:t>
            </w:r>
          </w:p>
        </w:tc>
      </w:tr>
      <w:tr w:rsidR="00EC133F" w:rsidRPr="003712FC" w14:paraId="47648F29" w14:textId="77777777" w:rsidTr="00FD185A">
        <w:tc>
          <w:tcPr>
            <w:tcW w:w="2943" w:type="dxa"/>
            <w:shd w:val="clear" w:color="auto" w:fill="D9EAF7"/>
            <w:vAlign w:val="center"/>
          </w:tcPr>
          <w:p w14:paraId="74CBF75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Faculty Signature</w:t>
            </w:r>
          </w:p>
        </w:tc>
        <w:tc>
          <w:tcPr>
            <w:tcW w:w="3261" w:type="dxa"/>
            <w:gridSpan w:val="2"/>
            <w:vAlign w:val="center"/>
          </w:tcPr>
          <w:p w14:paraId="4FDD6800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7BEBB14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Date</w:t>
            </w:r>
          </w:p>
        </w:tc>
        <w:tc>
          <w:tcPr>
            <w:tcW w:w="2126" w:type="dxa"/>
            <w:vAlign w:val="center"/>
          </w:tcPr>
          <w:p w14:paraId="1BFCAC24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6A995D17" w14:textId="77777777" w:rsidTr="00FD185A">
        <w:tc>
          <w:tcPr>
            <w:tcW w:w="2943" w:type="dxa"/>
            <w:shd w:val="clear" w:color="auto" w:fill="D9EAF7"/>
            <w:vAlign w:val="center"/>
          </w:tcPr>
          <w:p w14:paraId="77D4E691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Chairperson Signature</w:t>
            </w:r>
          </w:p>
        </w:tc>
        <w:tc>
          <w:tcPr>
            <w:tcW w:w="3261" w:type="dxa"/>
            <w:gridSpan w:val="2"/>
            <w:vAlign w:val="center"/>
          </w:tcPr>
          <w:p w14:paraId="3D9E3E3D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7AC683D9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Date</w:t>
            </w:r>
          </w:p>
        </w:tc>
        <w:tc>
          <w:tcPr>
            <w:tcW w:w="2126" w:type="dxa"/>
            <w:vAlign w:val="center"/>
          </w:tcPr>
          <w:p w14:paraId="2CBD05EF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51100B26" w14:textId="255BC5D5" w:rsidR="00EC133F" w:rsidRDefault="00EC133F" w:rsidP="00EC133F">
      <w:pPr>
        <w:rPr>
          <w:rFonts w:ascii="Times New Roman" w:hAnsi="Times New Roman" w:cs="Times New Roman"/>
          <w:sz w:val="24"/>
        </w:rPr>
      </w:pPr>
    </w:p>
    <w:p w14:paraId="4CC131F4" w14:textId="77777777" w:rsidR="00EC133F" w:rsidRDefault="00EC133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41103205" w14:textId="77777777" w:rsidR="00EC133F" w:rsidRDefault="00EC133F" w:rsidP="00EC133F">
      <w:pPr>
        <w:rPr>
          <w:rFonts w:ascii="Times New Roman" w:hAnsi="Times New Roman" w:cs="Times New Roman"/>
          <w:sz w:val="24"/>
        </w:rPr>
      </w:pPr>
    </w:p>
    <w:p w14:paraId="44F063C3" w14:textId="21564255" w:rsidR="00EC133F" w:rsidRPr="00A56E5C" w:rsidRDefault="00EC133F" w:rsidP="00EC133F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8"/>
        </w:rPr>
        <w:t>F</w:t>
      </w:r>
      <w:r w:rsidRPr="00A56E5C">
        <w:rPr>
          <w:rFonts w:ascii="Times New Roman" w:hAnsi="Times New Roman" w:cs="Times New Roman"/>
          <w:b/>
          <w:sz w:val="28"/>
        </w:rPr>
        <w:t xml:space="preserve">. INDIVIDUAL FACULTY TEACHING HOURS ALLOCATION — </w:t>
      </w:r>
      <w:r>
        <w:rPr>
          <w:rFonts w:ascii="Times New Roman" w:hAnsi="Times New Roman" w:cs="Times New Roman"/>
          <w:b/>
          <w:sz w:val="28"/>
        </w:rPr>
        <w:t>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3"/>
        <w:gridCol w:w="1560"/>
        <w:gridCol w:w="1701"/>
        <w:gridCol w:w="1984"/>
        <w:gridCol w:w="2126"/>
      </w:tblGrid>
      <w:tr w:rsidR="00EC133F" w:rsidRPr="003712FC" w14:paraId="79C49937" w14:textId="77777777" w:rsidTr="00FD185A">
        <w:tc>
          <w:tcPr>
            <w:tcW w:w="2943" w:type="dxa"/>
            <w:shd w:val="clear" w:color="auto" w:fill="D9EAF7"/>
            <w:vAlign w:val="center"/>
          </w:tcPr>
          <w:p w14:paraId="5530088E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Faculty Name</w:t>
            </w:r>
          </w:p>
        </w:tc>
        <w:tc>
          <w:tcPr>
            <w:tcW w:w="3261" w:type="dxa"/>
            <w:gridSpan w:val="2"/>
            <w:vAlign w:val="center"/>
          </w:tcPr>
          <w:p w14:paraId="2EC50BD3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58636821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Designation</w:t>
            </w:r>
          </w:p>
        </w:tc>
        <w:tc>
          <w:tcPr>
            <w:tcW w:w="2126" w:type="dxa"/>
            <w:vAlign w:val="center"/>
          </w:tcPr>
          <w:p w14:paraId="789EA8F4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20BD7387" w14:textId="77777777" w:rsidTr="00FD185A">
        <w:tc>
          <w:tcPr>
            <w:tcW w:w="2943" w:type="dxa"/>
            <w:shd w:val="clear" w:color="auto" w:fill="D9EAF7"/>
            <w:vAlign w:val="center"/>
          </w:tcPr>
          <w:p w14:paraId="0636C77F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Department</w:t>
            </w:r>
          </w:p>
        </w:tc>
        <w:tc>
          <w:tcPr>
            <w:tcW w:w="3261" w:type="dxa"/>
            <w:gridSpan w:val="2"/>
            <w:vAlign w:val="center"/>
          </w:tcPr>
          <w:p w14:paraId="7E9017FE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78F568B3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Academic Year</w:t>
            </w:r>
          </w:p>
        </w:tc>
        <w:tc>
          <w:tcPr>
            <w:tcW w:w="2126" w:type="dxa"/>
            <w:vAlign w:val="center"/>
          </w:tcPr>
          <w:p w14:paraId="79BE9DED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2"/>
              </w:rPr>
              <w:t>2025–26</w:t>
            </w:r>
          </w:p>
        </w:tc>
      </w:tr>
      <w:tr w:rsidR="00EC133F" w:rsidRPr="003712FC" w14:paraId="352940D8" w14:textId="77777777" w:rsidTr="00FD185A">
        <w:tc>
          <w:tcPr>
            <w:tcW w:w="2943" w:type="dxa"/>
            <w:shd w:val="clear" w:color="auto" w:fill="D9EAF7"/>
            <w:vAlign w:val="center"/>
          </w:tcPr>
          <w:p w14:paraId="1F05C136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Primary Course / Subject</w:t>
            </w:r>
          </w:p>
        </w:tc>
        <w:tc>
          <w:tcPr>
            <w:tcW w:w="3261" w:type="dxa"/>
            <w:gridSpan w:val="2"/>
            <w:vAlign w:val="center"/>
          </w:tcPr>
          <w:p w14:paraId="3AD1ECD0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2276CA3F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Reporting Period</w:t>
            </w:r>
          </w:p>
        </w:tc>
        <w:tc>
          <w:tcPr>
            <w:tcW w:w="2126" w:type="dxa"/>
            <w:vAlign w:val="center"/>
          </w:tcPr>
          <w:p w14:paraId="42398ED4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3E8D1A37" w14:textId="77777777" w:rsidTr="00FD185A">
        <w:tc>
          <w:tcPr>
            <w:tcW w:w="2943" w:type="dxa"/>
            <w:shd w:val="clear" w:color="auto" w:fill="D9EAF7"/>
            <w:vAlign w:val="center"/>
          </w:tcPr>
          <w:p w14:paraId="0AA9728B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Teaching Modality</w:t>
            </w:r>
          </w:p>
        </w:tc>
        <w:tc>
          <w:tcPr>
            <w:tcW w:w="1560" w:type="dxa"/>
            <w:shd w:val="clear" w:color="auto" w:fill="D9EAF7"/>
          </w:tcPr>
          <w:p w14:paraId="219BEA5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Year of MBBS</w:t>
            </w:r>
          </w:p>
        </w:tc>
        <w:tc>
          <w:tcPr>
            <w:tcW w:w="1701" w:type="dxa"/>
            <w:shd w:val="clear" w:color="auto" w:fill="D9EAF7"/>
            <w:vAlign w:val="center"/>
          </w:tcPr>
          <w:p w14:paraId="75797C51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Module / Clinical rotation</w:t>
            </w:r>
          </w:p>
        </w:tc>
        <w:tc>
          <w:tcPr>
            <w:tcW w:w="1984" w:type="dxa"/>
            <w:shd w:val="clear" w:color="auto" w:fill="D9EAF7"/>
            <w:vAlign w:val="center"/>
          </w:tcPr>
          <w:p w14:paraId="50A32D88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Total Hours / Academic Year</w:t>
            </w:r>
          </w:p>
        </w:tc>
        <w:tc>
          <w:tcPr>
            <w:tcW w:w="2126" w:type="dxa"/>
            <w:shd w:val="clear" w:color="auto" w:fill="D9EAF7"/>
            <w:vAlign w:val="center"/>
          </w:tcPr>
          <w:p w14:paraId="1F1688D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Remarks</w:t>
            </w:r>
          </w:p>
        </w:tc>
      </w:tr>
      <w:tr w:rsidR="00EC133F" w:rsidRPr="003712FC" w14:paraId="03BB1B57" w14:textId="77777777" w:rsidTr="00FD185A">
        <w:tc>
          <w:tcPr>
            <w:tcW w:w="2943" w:type="dxa"/>
            <w:vAlign w:val="center"/>
          </w:tcPr>
          <w:p w14:paraId="463395F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Large-Group / Lecture</w:t>
            </w:r>
          </w:p>
        </w:tc>
        <w:tc>
          <w:tcPr>
            <w:tcW w:w="1560" w:type="dxa"/>
          </w:tcPr>
          <w:p w14:paraId="440CBA03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3748CF0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7F3BBD8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31E39AE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5B66BE09" w14:textId="77777777" w:rsidTr="00FD185A">
        <w:tc>
          <w:tcPr>
            <w:tcW w:w="2943" w:type="dxa"/>
            <w:vAlign w:val="center"/>
          </w:tcPr>
          <w:p w14:paraId="3C1496A6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Small-Group Teaching / Tutorial</w:t>
            </w:r>
          </w:p>
        </w:tc>
        <w:tc>
          <w:tcPr>
            <w:tcW w:w="1560" w:type="dxa"/>
          </w:tcPr>
          <w:p w14:paraId="7CE42110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56D55CF2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525B8CC0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1D337D9D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6400FA7F" w14:textId="77777777" w:rsidTr="00FD185A">
        <w:tc>
          <w:tcPr>
            <w:tcW w:w="2943" w:type="dxa"/>
            <w:vAlign w:val="center"/>
          </w:tcPr>
          <w:p w14:paraId="0F953C7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Practical / Demonstration</w:t>
            </w:r>
          </w:p>
        </w:tc>
        <w:tc>
          <w:tcPr>
            <w:tcW w:w="1560" w:type="dxa"/>
          </w:tcPr>
          <w:p w14:paraId="6B3E1306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476CACF0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2F33526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5EEDCDE7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3D68930D" w14:textId="77777777" w:rsidTr="00FD185A">
        <w:tc>
          <w:tcPr>
            <w:tcW w:w="2943" w:type="dxa"/>
            <w:vAlign w:val="center"/>
          </w:tcPr>
          <w:p w14:paraId="1496C357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Clinical / Bedside Teaching</w:t>
            </w:r>
          </w:p>
        </w:tc>
        <w:tc>
          <w:tcPr>
            <w:tcW w:w="1560" w:type="dxa"/>
          </w:tcPr>
          <w:p w14:paraId="76D094FA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3AF039C0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2CE44934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4CD90A2F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0EABFE11" w14:textId="77777777" w:rsidTr="00FD185A">
        <w:tc>
          <w:tcPr>
            <w:tcW w:w="2943" w:type="dxa"/>
            <w:vAlign w:val="center"/>
          </w:tcPr>
          <w:p w14:paraId="6FDE3BBA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CBL / Case-Based Learning</w:t>
            </w:r>
          </w:p>
        </w:tc>
        <w:tc>
          <w:tcPr>
            <w:tcW w:w="1560" w:type="dxa"/>
          </w:tcPr>
          <w:p w14:paraId="3BA63EE3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73C76F17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44FDC363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563D748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43A4FD11" w14:textId="77777777" w:rsidTr="00FD185A">
        <w:tc>
          <w:tcPr>
            <w:tcW w:w="2943" w:type="dxa"/>
            <w:vAlign w:val="center"/>
          </w:tcPr>
          <w:p w14:paraId="773E8D4B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TBL / Team-Based Learning</w:t>
            </w:r>
          </w:p>
        </w:tc>
        <w:tc>
          <w:tcPr>
            <w:tcW w:w="1560" w:type="dxa"/>
          </w:tcPr>
          <w:p w14:paraId="35BF5C26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093EF8D9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4FDD448B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769B6CA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6F7AFFEC" w14:textId="77777777" w:rsidTr="00FD185A">
        <w:tc>
          <w:tcPr>
            <w:tcW w:w="2943" w:type="dxa"/>
            <w:vAlign w:val="center"/>
          </w:tcPr>
          <w:p w14:paraId="2B8D554F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Skills / Simulation Teaching</w:t>
            </w:r>
          </w:p>
        </w:tc>
        <w:tc>
          <w:tcPr>
            <w:tcW w:w="1560" w:type="dxa"/>
          </w:tcPr>
          <w:p w14:paraId="680E9342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23449D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7B0137B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78C317F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3E6EB3E1" w14:textId="77777777" w:rsidTr="00FD185A">
        <w:tc>
          <w:tcPr>
            <w:tcW w:w="2943" w:type="dxa"/>
            <w:vAlign w:val="center"/>
          </w:tcPr>
          <w:p w14:paraId="5CB8EC8E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Other Assigned Teaching</w:t>
            </w:r>
          </w:p>
        </w:tc>
        <w:tc>
          <w:tcPr>
            <w:tcW w:w="1560" w:type="dxa"/>
          </w:tcPr>
          <w:p w14:paraId="3D57EC1D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7109D6EB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2186F307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51261E8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1EF365AC" w14:textId="77777777" w:rsidTr="00FD185A">
        <w:tc>
          <w:tcPr>
            <w:tcW w:w="2943" w:type="dxa"/>
            <w:shd w:val="clear" w:color="auto" w:fill="EAF2F8"/>
            <w:vAlign w:val="center"/>
          </w:tcPr>
          <w:p w14:paraId="37F7A278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TOTAL</w:t>
            </w:r>
          </w:p>
        </w:tc>
        <w:tc>
          <w:tcPr>
            <w:tcW w:w="1560" w:type="dxa"/>
            <w:shd w:val="clear" w:color="auto" w:fill="EAF2F8"/>
          </w:tcPr>
          <w:p w14:paraId="3220A65E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shd w:val="clear" w:color="auto" w:fill="EAF2F8"/>
            <w:vAlign w:val="center"/>
          </w:tcPr>
          <w:p w14:paraId="299B36A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EAF2F8"/>
            <w:vAlign w:val="center"/>
          </w:tcPr>
          <w:p w14:paraId="428C3142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shd w:val="clear" w:color="auto" w:fill="EAF2F8"/>
            <w:vAlign w:val="center"/>
          </w:tcPr>
          <w:p w14:paraId="174A783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0B6A8766" w14:textId="77777777" w:rsidTr="00FD185A">
        <w:tc>
          <w:tcPr>
            <w:tcW w:w="10314" w:type="dxa"/>
            <w:gridSpan w:val="5"/>
            <w:shd w:val="clear" w:color="auto" w:fill="8DB3E2" w:themeFill="text2" w:themeFillTint="66"/>
            <w:vAlign w:val="center"/>
          </w:tcPr>
          <w:p w14:paraId="7A90431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4"/>
              </w:rPr>
              <w:t>Faculty / Chairperson Certification</w:t>
            </w:r>
          </w:p>
        </w:tc>
      </w:tr>
      <w:tr w:rsidR="00EC133F" w:rsidRPr="003712FC" w14:paraId="70B9ABF2" w14:textId="77777777" w:rsidTr="00FD185A">
        <w:tc>
          <w:tcPr>
            <w:tcW w:w="2943" w:type="dxa"/>
            <w:shd w:val="clear" w:color="auto" w:fill="D9EAF7"/>
            <w:vAlign w:val="center"/>
          </w:tcPr>
          <w:p w14:paraId="10D916D2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Faculty Signature</w:t>
            </w:r>
          </w:p>
        </w:tc>
        <w:tc>
          <w:tcPr>
            <w:tcW w:w="3261" w:type="dxa"/>
            <w:gridSpan w:val="2"/>
            <w:vAlign w:val="center"/>
          </w:tcPr>
          <w:p w14:paraId="734D23B1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715F4059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Date</w:t>
            </w:r>
          </w:p>
        </w:tc>
        <w:tc>
          <w:tcPr>
            <w:tcW w:w="2126" w:type="dxa"/>
            <w:vAlign w:val="center"/>
          </w:tcPr>
          <w:p w14:paraId="6E348AB1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65F6DDB2" w14:textId="77777777" w:rsidTr="00FD185A">
        <w:tc>
          <w:tcPr>
            <w:tcW w:w="2943" w:type="dxa"/>
            <w:shd w:val="clear" w:color="auto" w:fill="D9EAF7"/>
            <w:vAlign w:val="center"/>
          </w:tcPr>
          <w:p w14:paraId="1E0668AA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Chairperson Signature</w:t>
            </w:r>
          </w:p>
        </w:tc>
        <w:tc>
          <w:tcPr>
            <w:tcW w:w="3261" w:type="dxa"/>
            <w:gridSpan w:val="2"/>
            <w:vAlign w:val="center"/>
          </w:tcPr>
          <w:p w14:paraId="76E9FE12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09C50136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Date</w:t>
            </w:r>
          </w:p>
        </w:tc>
        <w:tc>
          <w:tcPr>
            <w:tcW w:w="2126" w:type="dxa"/>
            <w:vAlign w:val="center"/>
          </w:tcPr>
          <w:p w14:paraId="65CC3414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4AA3EE39" w14:textId="77777777" w:rsidR="00EC133F" w:rsidRDefault="00EC133F" w:rsidP="00EC133F">
      <w:pPr>
        <w:rPr>
          <w:rFonts w:ascii="Times New Roman" w:hAnsi="Times New Roman" w:cs="Times New Roman"/>
          <w:sz w:val="24"/>
        </w:rPr>
      </w:pPr>
    </w:p>
    <w:p w14:paraId="0DF6E484" w14:textId="77777777" w:rsidR="00EC133F" w:rsidRDefault="00EC133F" w:rsidP="00EC133F">
      <w:pPr>
        <w:rPr>
          <w:rFonts w:ascii="Times New Roman" w:hAnsi="Times New Roman" w:cs="Times New Roman"/>
          <w:b/>
          <w:sz w:val="28"/>
        </w:rPr>
      </w:pPr>
      <w:r w:rsidRPr="00A56E5C">
        <w:rPr>
          <w:rFonts w:ascii="Times New Roman" w:hAnsi="Times New Roman" w:cs="Times New Roman"/>
          <w:b/>
          <w:sz w:val="28"/>
        </w:rPr>
        <w:t xml:space="preserve">  </w:t>
      </w:r>
    </w:p>
    <w:p w14:paraId="53A94D54" w14:textId="77777777" w:rsidR="00EC133F" w:rsidRDefault="00EC133F" w:rsidP="00EC133F">
      <w:pPr>
        <w:rPr>
          <w:rFonts w:ascii="Times New Roman" w:hAnsi="Times New Roman" w:cs="Times New Roman"/>
          <w:b/>
          <w:sz w:val="28"/>
        </w:rPr>
      </w:pPr>
    </w:p>
    <w:p w14:paraId="21088442" w14:textId="176AB395" w:rsidR="00EC133F" w:rsidRPr="00A56E5C" w:rsidRDefault="00EC133F" w:rsidP="00EC133F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8"/>
        </w:rPr>
        <w:t>G</w:t>
      </w:r>
      <w:r w:rsidRPr="00A56E5C">
        <w:rPr>
          <w:rFonts w:ascii="Times New Roman" w:hAnsi="Times New Roman" w:cs="Times New Roman"/>
          <w:b/>
          <w:sz w:val="28"/>
        </w:rPr>
        <w:t xml:space="preserve">. INDIVIDUAL FACULTY TEACHING HOURS ALLOCATION — </w:t>
      </w:r>
      <w:r>
        <w:rPr>
          <w:rFonts w:ascii="Times New Roman" w:hAnsi="Times New Roman" w:cs="Times New Roman"/>
          <w:b/>
          <w:sz w:val="28"/>
        </w:rPr>
        <w:t>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3"/>
        <w:gridCol w:w="1560"/>
        <w:gridCol w:w="1701"/>
        <w:gridCol w:w="1984"/>
        <w:gridCol w:w="2126"/>
      </w:tblGrid>
      <w:tr w:rsidR="00EC133F" w:rsidRPr="003712FC" w14:paraId="5DC63CAA" w14:textId="77777777" w:rsidTr="00FD185A">
        <w:tc>
          <w:tcPr>
            <w:tcW w:w="2943" w:type="dxa"/>
            <w:shd w:val="clear" w:color="auto" w:fill="D9EAF7"/>
            <w:vAlign w:val="center"/>
          </w:tcPr>
          <w:p w14:paraId="5EC68B4D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Faculty Name</w:t>
            </w:r>
          </w:p>
        </w:tc>
        <w:tc>
          <w:tcPr>
            <w:tcW w:w="3261" w:type="dxa"/>
            <w:gridSpan w:val="2"/>
            <w:vAlign w:val="center"/>
          </w:tcPr>
          <w:p w14:paraId="01DAF313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47ABDB2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Designation</w:t>
            </w:r>
          </w:p>
        </w:tc>
        <w:tc>
          <w:tcPr>
            <w:tcW w:w="2126" w:type="dxa"/>
            <w:vAlign w:val="center"/>
          </w:tcPr>
          <w:p w14:paraId="2703F477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4BC3EFA4" w14:textId="77777777" w:rsidTr="00FD185A">
        <w:tc>
          <w:tcPr>
            <w:tcW w:w="2943" w:type="dxa"/>
            <w:shd w:val="clear" w:color="auto" w:fill="D9EAF7"/>
            <w:vAlign w:val="center"/>
          </w:tcPr>
          <w:p w14:paraId="191231E2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Department</w:t>
            </w:r>
          </w:p>
        </w:tc>
        <w:tc>
          <w:tcPr>
            <w:tcW w:w="3261" w:type="dxa"/>
            <w:gridSpan w:val="2"/>
            <w:vAlign w:val="center"/>
          </w:tcPr>
          <w:p w14:paraId="6A1062B2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11A73E54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Academic Year</w:t>
            </w:r>
          </w:p>
        </w:tc>
        <w:tc>
          <w:tcPr>
            <w:tcW w:w="2126" w:type="dxa"/>
            <w:vAlign w:val="center"/>
          </w:tcPr>
          <w:p w14:paraId="580ED310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2"/>
              </w:rPr>
              <w:t>2025–26</w:t>
            </w:r>
          </w:p>
        </w:tc>
      </w:tr>
      <w:tr w:rsidR="00EC133F" w:rsidRPr="003712FC" w14:paraId="7B8C7E61" w14:textId="77777777" w:rsidTr="00FD185A">
        <w:tc>
          <w:tcPr>
            <w:tcW w:w="2943" w:type="dxa"/>
            <w:shd w:val="clear" w:color="auto" w:fill="D9EAF7"/>
            <w:vAlign w:val="center"/>
          </w:tcPr>
          <w:p w14:paraId="36CD56D2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Primary Course / Subject</w:t>
            </w:r>
          </w:p>
        </w:tc>
        <w:tc>
          <w:tcPr>
            <w:tcW w:w="3261" w:type="dxa"/>
            <w:gridSpan w:val="2"/>
            <w:vAlign w:val="center"/>
          </w:tcPr>
          <w:p w14:paraId="7E8893DF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589DCD31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Reporting Period</w:t>
            </w:r>
          </w:p>
        </w:tc>
        <w:tc>
          <w:tcPr>
            <w:tcW w:w="2126" w:type="dxa"/>
            <w:vAlign w:val="center"/>
          </w:tcPr>
          <w:p w14:paraId="38D5C251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371A13EE" w14:textId="77777777" w:rsidTr="00FD185A">
        <w:tc>
          <w:tcPr>
            <w:tcW w:w="2943" w:type="dxa"/>
            <w:shd w:val="clear" w:color="auto" w:fill="D9EAF7"/>
            <w:vAlign w:val="center"/>
          </w:tcPr>
          <w:p w14:paraId="57D95116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Teaching Modality</w:t>
            </w:r>
          </w:p>
        </w:tc>
        <w:tc>
          <w:tcPr>
            <w:tcW w:w="1560" w:type="dxa"/>
            <w:shd w:val="clear" w:color="auto" w:fill="D9EAF7"/>
          </w:tcPr>
          <w:p w14:paraId="4708B0F4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Year of MBBS</w:t>
            </w:r>
          </w:p>
        </w:tc>
        <w:tc>
          <w:tcPr>
            <w:tcW w:w="1701" w:type="dxa"/>
            <w:shd w:val="clear" w:color="auto" w:fill="D9EAF7"/>
            <w:vAlign w:val="center"/>
          </w:tcPr>
          <w:p w14:paraId="33795310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Module / Clinical rotation</w:t>
            </w:r>
          </w:p>
        </w:tc>
        <w:tc>
          <w:tcPr>
            <w:tcW w:w="1984" w:type="dxa"/>
            <w:shd w:val="clear" w:color="auto" w:fill="D9EAF7"/>
            <w:vAlign w:val="center"/>
          </w:tcPr>
          <w:p w14:paraId="50745F28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Total Hours / Academic Year</w:t>
            </w:r>
          </w:p>
        </w:tc>
        <w:tc>
          <w:tcPr>
            <w:tcW w:w="2126" w:type="dxa"/>
            <w:shd w:val="clear" w:color="auto" w:fill="D9EAF7"/>
            <w:vAlign w:val="center"/>
          </w:tcPr>
          <w:p w14:paraId="1B737346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Remarks</w:t>
            </w:r>
          </w:p>
        </w:tc>
      </w:tr>
      <w:tr w:rsidR="00EC133F" w:rsidRPr="003712FC" w14:paraId="25EDC7F3" w14:textId="77777777" w:rsidTr="00FD185A">
        <w:tc>
          <w:tcPr>
            <w:tcW w:w="2943" w:type="dxa"/>
            <w:vAlign w:val="center"/>
          </w:tcPr>
          <w:p w14:paraId="7E7B609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Large-Group / Lecture</w:t>
            </w:r>
          </w:p>
        </w:tc>
        <w:tc>
          <w:tcPr>
            <w:tcW w:w="1560" w:type="dxa"/>
          </w:tcPr>
          <w:p w14:paraId="5E352D23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39117F0B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6F438EFA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0DD0FFB0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42499CBE" w14:textId="77777777" w:rsidTr="00FD185A">
        <w:tc>
          <w:tcPr>
            <w:tcW w:w="2943" w:type="dxa"/>
            <w:vAlign w:val="center"/>
          </w:tcPr>
          <w:p w14:paraId="2E1C73EB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Small-Group Teaching / Tutorial</w:t>
            </w:r>
          </w:p>
        </w:tc>
        <w:tc>
          <w:tcPr>
            <w:tcW w:w="1560" w:type="dxa"/>
          </w:tcPr>
          <w:p w14:paraId="1497D28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F73EB1F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3D0FBD9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1FE8D53F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47F7CEAB" w14:textId="77777777" w:rsidTr="00FD185A">
        <w:tc>
          <w:tcPr>
            <w:tcW w:w="2943" w:type="dxa"/>
            <w:vAlign w:val="center"/>
          </w:tcPr>
          <w:p w14:paraId="1D0EEA1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Practical / Demonstration</w:t>
            </w:r>
          </w:p>
        </w:tc>
        <w:tc>
          <w:tcPr>
            <w:tcW w:w="1560" w:type="dxa"/>
          </w:tcPr>
          <w:p w14:paraId="6037F9C7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5E763DAE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792915BF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383442EA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1DB783B8" w14:textId="77777777" w:rsidTr="00FD185A">
        <w:tc>
          <w:tcPr>
            <w:tcW w:w="2943" w:type="dxa"/>
            <w:vAlign w:val="center"/>
          </w:tcPr>
          <w:p w14:paraId="08C050CA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Clinical / Bedside Teaching</w:t>
            </w:r>
          </w:p>
        </w:tc>
        <w:tc>
          <w:tcPr>
            <w:tcW w:w="1560" w:type="dxa"/>
          </w:tcPr>
          <w:p w14:paraId="54E8009E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636C7FD1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54706DA2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782AD197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672DC54D" w14:textId="77777777" w:rsidTr="00FD185A">
        <w:tc>
          <w:tcPr>
            <w:tcW w:w="2943" w:type="dxa"/>
            <w:vAlign w:val="center"/>
          </w:tcPr>
          <w:p w14:paraId="2444F90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CBL / Case-Based Learning</w:t>
            </w:r>
          </w:p>
        </w:tc>
        <w:tc>
          <w:tcPr>
            <w:tcW w:w="1560" w:type="dxa"/>
          </w:tcPr>
          <w:p w14:paraId="0512F49D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433EE7CD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5F4F8939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0950432D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5346CD97" w14:textId="77777777" w:rsidTr="00FD185A">
        <w:tc>
          <w:tcPr>
            <w:tcW w:w="2943" w:type="dxa"/>
            <w:vAlign w:val="center"/>
          </w:tcPr>
          <w:p w14:paraId="61F6FE67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TBL / Team-Based Learning</w:t>
            </w:r>
          </w:p>
        </w:tc>
        <w:tc>
          <w:tcPr>
            <w:tcW w:w="1560" w:type="dxa"/>
          </w:tcPr>
          <w:p w14:paraId="5B8A90AE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6DDD4630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5CDA9D9E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49DD8BBE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14734E07" w14:textId="77777777" w:rsidTr="00FD185A">
        <w:tc>
          <w:tcPr>
            <w:tcW w:w="2943" w:type="dxa"/>
            <w:vAlign w:val="center"/>
          </w:tcPr>
          <w:p w14:paraId="5E4A0454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Skills / Simulation Teaching</w:t>
            </w:r>
          </w:p>
        </w:tc>
        <w:tc>
          <w:tcPr>
            <w:tcW w:w="1560" w:type="dxa"/>
          </w:tcPr>
          <w:p w14:paraId="5894E8A0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63AD215B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03E59B18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1A7BA4F0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63EE2682" w14:textId="77777777" w:rsidTr="00FD185A">
        <w:tc>
          <w:tcPr>
            <w:tcW w:w="2943" w:type="dxa"/>
            <w:vAlign w:val="center"/>
          </w:tcPr>
          <w:p w14:paraId="268516EB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Other Assigned Teaching</w:t>
            </w:r>
          </w:p>
        </w:tc>
        <w:tc>
          <w:tcPr>
            <w:tcW w:w="1560" w:type="dxa"/>
          </w:tcPr>
          <w:p w14:paraId="5ACD0DEF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079C7E7E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19AD5422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29816436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47D5E0E1" w14:textId="77777777" w:rsidTr="00FD185A">
        <w:tc>
          <w:tcPr>
            <w:tcW w:w="2943" w:type="dxa"/>
            <w:shd w:val="clear" w:color="auto" w:fill="EAF2F8"/>
            <w:vAlign w:val="center"/>
          </w:tcPr>
          <w:p w14:paraId="42484096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TOTAL</w:t>
            </w:r>
          </w:p>
        </w:tc>
        <w:tc>
          <w:tcPr>
            <w:tcW w:w="1560" w:type="dxa"/>
            <w:shd w:val="clear" w:color="auto" w:fill="EAF2F8"/>
          </w:tcPr>
          <w:p w14:paraId="68E2A1E4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shd w:val="clear" w:color="auto" w:fill="EAF2F8"/>
            <w:vAlign w:val="center"/>
          </w:tcPr>
          <w:p w14:paraId="59699B24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EAF2F8"/>
            <w:vAlign w:val="center"/>
          </w:tcPr>
          <w:p w14:paraId="4371A2D2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shd w:val="clear" w:color="auto" w:fill="EAF2F8"/>
            <w:vAlign w:val="center"/>
          </w:tcPr>
          <w:p w14:paraId="79803DF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544D7081" w14:textId="77777777" w:rsidTr="00FD185A">
        <w:tc>
          <w:tcPr>
            <w:tcW w:w="10314" w:type="dxa"/>
            <w:gridSpan w:val="5"/>
            <w:shd w:val="clear" w:color="auto" w:fill="8DB3E2" w:themeFill="text2" w:themeFillTint="66"/>
            <w:vAlign w:val="center"/>
          </w:tcPr>
          <w:p w14:paraId="732101C2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4"/>
              </w:rPr>
              <w:t>Faculty / Chairperson Certification</w:t>
            </w:r>
          </w:p>
        </w:tc>
      </w:tr>
      <w:tr w:rsidR="00EC133F" w:rsidRPr="003712FC" w14:paraId="06FAAFCE" w14:textId="77777777" w:rsidTr="00FD185A">
        <w:tc>
          <w:tcPr>
            <w:tcW w:w="2943" w:type="dxa"/>
            <w:shd w:val="clear" w:color="auto" w:fill="D9EAF7"/>
            <w:vAlign w:val="center"/>
          </w:tcPr>
          <w:p w14:paraId="39E1D69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Faculty Signature</w:t>
            </w:r>
          </w:p>
        </w:tc>
        <w:tc>
          <w:tcPr>
            <w:tcW w:w="3261" w:type="dxa"/>
            <w:gridSpan w:val="2"/>
            <w:vAlign w:val="center"/>
          </w:tcPr>
          <w:p w14:paraId="27F2FF08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302EA003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Date</w:t>
            </w:r>
          </w:p>
        </w:tc>
        <w:tc>
          <w:tcPr>
            <w:tcW w:w="2126" w:type="dxa"/>
            <w:vAlign w:val="center"/>
          </w:tcPr>
          <w:p w14:paraId="07BD5F39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19A4AF3A" w14:textId="77777777" w:rsidTr="00FD185A">
        <w:tc>
          <w:tcPr>
            <w:tcW w:w="2943" w:type="dxa"/>
            <w:shd w:val="clear" w:color="auto" w:fill="D9EAF7"/>
            <w:vAlign w:val="center"/>
          </w:tcPr>
          <w:p w14:paraId="5A3717C0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Chairperson Signature</w:t>
            </w:r>
          </w:p>
        </w:tc>
        <w:tc>
          <w:tcPr>
            <w:tcW w:w="3261" w:type="dxa"/>
            <w:gridSpan w:val="2"/>
            <w:vAlign w:val="center"/>
          </w:tcPr>
          <w:p w14:paraId="0E96F72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50940A7A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Date</w:t>
            </w:r>
          </w:p>
        </w:tc>
        <w:tc>
          <w:tcPr>
            <w:tcW w:w="2126" w:type="dxa"/>
            <w:vAlign w:val="center"/>
          </w:tcPr>
          <w:p w14:paraId="5A62C176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AA6329C" w14:textId="09FCFCCF" w:rsidR="00EC133F" w:rsidRDefault="00EC133F" w:rsidP="00EC133F">
      <w:pPr>
        <w:rPr>
          <w:rFonts w:ascii="Times New Roman" w:hAnsi="Times New Roman" w:cs="Times New Roman"/>
          <w:sz w:val="24"/>
        </w:rPr>
      </w:pPr>
    </w:p>
    <w:p w14:paraId="497B3D1B" w14:textId="77777777" w:rsidR="00EC133F" w:rsidRDefault="00EC133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17E41F96" w14:textId="575740B7" w:rsidR="00EC133F" w:rsidRPr="00A56E5C" w:rsidRDefault="00EC133F" w:rsidP="00EC133F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8"/>
        </w:rPr>
        <w:lastRenderedPageBreak/>
        <w:t>H</w:t>
      </w:r>
      <w:r w:rsidRPr="00A56E5C">
        <w:rPr>
          <w:rFonts w:ascii="Times New Roman" w:hAnsi="Times New Roman" w:cs="Times New Roman"/>
          <w:b/>
          <w:sz w:val="28"/>
        </w:rPr>
        <w:t xml:space="preserve">. INDIVIDUAL FACULTY TEACHING HOURS ALLOCATION — </w:t>
      </w:r>
      <w:r>
        <w:rPr>
          <w:rFonts w:ascii="Times New Roman" w:hAnsi="Times New Roman" w:cs="Times New Roman"/>
          <w:b/>
          <w:sz w:val="28"/>
        </w:rPr>
        <w:t>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3"/>
        <w:gridCol w:w="1560"/>
        <w:gridCol w:w="1701"/>
        <w:gridCol w:w="1984"/>
        <w:gridCol w:w="2126"/>
      </w:tblGrid>
      <w:tr w:rsidR="00EC133F" w:rsidRPr="003712FC" w14:paraId="7B603D47" w14:textId="77777777" w:rsidTr="00FD185A">
        <w:tc>
          <w:tcPr>
            <w:tcW w:w="2943" w:type="dxa"/>
            <w:shd w:val="clear" w:color="auto" w:fill="D9EAF7"/>
            <w:vAlign w:val="center"/>
          </w:tcPr>
          <w:p w14:paraId="259C6AC0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Faculty Name</w:t>
            </w:r>
          </w:p>
        </w:tc>
        <w:tc>
          <w:tcPr>
            <w:tcW w:w="3261" w:type="dxa"/>
            <w:gridSpan w:val="2"/>
            <w:vAlign w:val="center"/>
          </w:tcPr>
          <w:p w14:paraId="7CB8167F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3D4402AB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Designation</w:t>
            </w:r>
          </w:p>
        </w:tc>
        <w:tc>
          <w:tcPr>
            <w:tcW w:w="2126" w:type="dxa"/>
            <w:vAlign w:val="center"/>
          </w:tcPr>
          <w:p w14:paraId="75272FC3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21B0F1A3" w14:textId="77777777" w:rsidTr="00FD185A">
        <w:tc>
          <w:tcPr>
            <w:tcW w:w="2943" w:type="dxa"/>
            <w:shd w:val="clear" w:color="auto" w:fill="D9EAF7"/>
            <w:vAlign w:val="center"/>
          </w:tcPr>
          <w:p w14:paraId="361BCD4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Department</w:t>
            </w:r>
          </w:p>
        </w:tc>
        <w:tc>
          <w:tcPr>
            <w:tcW w:w="3261" w:type="dxa"/>
            <w:gridSpan w:val="2"/>
            <w:vAlign w:val="center"/>
          </w:tcPr>
          <w:p w14:paraId="639FA3DD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7E5E4B8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Academic Year</w:t>
            </w:r>
          </w:p>
        </w:tc>
        <w:tc>
          <w:tcPr>
            <w:tcW w:w="2126" w:type="dxa"/>
            <w:vAlign w:val="center"/>
          </w:tcPr>
          <w:p w14:paraId="02841F49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2"/>
              </w:rPr>
              <w:t>2025–26</w:t>
            </w:r>
          </w:p>
        </w:tc>
      </w:tr>
      <w:tr w:rsidR="00EC133F" w:rsidRPr="003712FC" w14:paraId="55545E0B" w14:textId="77777777" w:rsidTr="00FD185A">
        <w:tc>
          <w:tcPr>
            <w:tcW w:w="2943" w:type="dxa"/>
            <w:shd w:val="clear" w:color="auto" w:fill="D9EAF7"/>
            <w:vAlign w:val="center"/>
          </w:tcPr>
          <w:p w14:paraId="1C32C3F3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Primary Course / Subject</w:t>
            </w:r>
          </w:p>
        </w:tc>
        <w:tc>
          <w:tcPr>
            <w:tcW w:w="3261" w:type="dxa"/>
            <w:gridSpan w:val="2"/>
            <w:vAlign w:val="center"/>
          </w:tcPr>
          <w:p w14:paraId="62940190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630CEBAB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Reporting Period</w:t>
            </w:r>
          </w:p>
        </w:tc>
        <w:tc>
          <w:tcPr>
            <w:tcW w:w="2126" w:type="dxa"/>
            <w:vAlign w:val="center"/>
          </w:tcPr>
          <w:p w14:paraId="01B9F0B7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202786AE" w14:textId="77777777" w:rsidTr="00FD185A">
        <w:tc>
          <w:tcPr>
            <w:tcW w:w="2943" w:type="dxa"/>
            <w:shd w:val="clear" w:color="auto" w:fill="D9EAF7"/>
            <w:vAlign w:val="center"/>
          </w:tcPr>
          <w:p w14:paraId="20A8A35E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Teaching Modality</w:t>
            </w:r>
          </w:p>
        </w:tc>
        <w:tc>
          <w:tcPr>
            <w:tcW w:w="1560" w:type="dxa"/>
            <w:shd w:val="clear" w:color="auto" w:fill="D9EAF7"/>
          </w:tcPr>
          <w:p w14:paraId="00900FB0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Year of MBBS</w:t>
            </w:r>
          </w:p>
        </w:tc>
        <w:tc>
          <w:tcPr>
            <w:tcW w:w="1701" w:type="dxa"/>
            <w:shd w:val="clear" w:color="auto" w:fill="D9EAF7"/>
            <w:vAlign w:val="center"/>
          </w:tcPr>
          <w:p w14:paraId="31B691CE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Module / Clinical rotation</w:t>
            </w:r>
          </w:p>
        </w:tc>
        <w:tc>
          <w:tcPr>
            <w:tcW w:w="1984" w:type="dxa"/>
            <w:shd w:val="clear" w:color="auto" w:fill="D9EAF7"/>
            <w:vAlign w:val="center"/>
          </w:tcPr>
          <w:p w14:paraId="44044E86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Total Hours / Academic Year</w:t>
            </w:r>
          </w:p>
        </w:tc>
        <w:tc>
          <w:tcPr>
            <w:tcW w:w="2126" w:type="dxa"/>
            <w:shd w:val="clear" w:color="auto" w:fill="D9EAF7"/>
            <w:vAlign w:val="center"/>
          </w:tcPr>
          <w:p w14:paraId="744542FB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Remarks</w:t>
            </w:r>
          </w:p>
        </w:tc>
      </w:tr>
      <w:tr w:rsidR="00EC133F" w:rsidRPr="003712FC" w14:paraId="4E0CDE8B" w14:textId="77777777" w:rsidTr="00FD185A">
        <w:tc>
          <w:tcPr>
            <w:tcW w:w="2943" w:type="dxa"/>
            <w:vAlign w:val="center"/>
          </w:tcPr>
          <w:p w14:paraId="27667F7A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Large-Group / Lecture</w:t>
            </w:r>
          </w:p>
        </w:tc>
        <w:tc>
          <w:tcPr>
            <w:tcW w:w="1560" w:type="dxa"/>
          </w:tcPr>
          <w:p w14:paraId="223542FD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7057AB50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6E54203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2C658786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5EBE3EA1" w14:textId="77777777" w:rsidTr="00FD185A">
        <w:tc>
          <w:tcPr>
            <w:tcW w:w="2943" w:type="dxa"/>
            <w:vAlign w:val="center"/>
          </w:tcPr>
          <w:p w14:paraId="5EC2638B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Small-Group Teaching / Tutorial</w:t>
            </w:r>
          </w:p>
        </w:tc>
        <w:tc>
          <w:tcPr>
            <w:tcW w:w="1560" w:type="dxa"/>
          </w:tcPr>
          <w:p w14:paraId="6271BEA9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40AC3A34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2A41AA71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34348AD1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040C4131" w14:textId="77777777" w:rsidTr="00FD185A">
        <w:tc>
          <w:tcPr>
            <w:tcW w:w="2943" w:type="dxa"/>
            <w:vAlign w:val="center"/>
          </w:tcPr>
          <w:p w14:paraId="43758400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Practical / Demonstration</w:t>
            </w:r>
          </w:p>
        </w:tc>
        <w:tc>
          <w:tcPr>
            <w:tcW w:w="1560" w:type="dxa"/>
          </w:tcPr>
          <w:p w14:paraId="0E55C1DB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0AFA9779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4A91B72D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532D185B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18CB0BE9" w14:textId="77777777" w:rsidTr="00FD185A">
        <w:tc>
          <w:tcPr>
            <w:tcW w:w="2943" w:type="dxa"/>
            <w:vAlign w:val="center"/>
          </w:tcPr>
          <w:p w14:paraId="652D9804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Clinical / Bedside Teaching</w:t>
            </w:r>
          </w:p>
        </w:tc>
        <w:tc>
          <w:tcPr>
            <w:tcW w:w="1560" w:type="dxa"/>
          </w:tcPr>
          <w:p w14:paraId="212DB988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72335558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365E00FD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4F58B2AA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06AA79B1" w14:textId="77777777" w:rsidTr="00FD185A">
        <w:tc>
          <w:tcPr>
            <w:tcW w:w="2943" w:type="dxa"/>
            <w:vAlign w:val="center"/>
          </w:tcPr>
          <w:p w14:paraId="4094AF8E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CBL / Case-Based Learning</w:t>
            </w:r>
          </w:p>
        </w:tc>
        <w:tc>
          <w:tcPr>
            <w:tcW w:w="1560" w:type="dxa"/>
          </w:tcPr>
          <w:p w14:paraId="231FA01F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0F4E8E52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53B69716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1ECF02C8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694489E1" w14:textId="77777777" w:rsidTr="00FD185A">
        <w:tc>
          <w:tcPr>
            <w:tcW w:w="2943" w:type="dxa"/>
            <w:vAlign w:val="center"/>
          </w:tcPr>
          <w:p w14:paraId="550B364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TBL / Team-Based Learning</w:t>
            </w:r>
          </w:p>
        </w:tc>
        <w:tc>
          <w:tcPr>
            <w:tcW w:w="1560" w:type="dxa"/>
          </w:tcPr>
          <w:p w14:paraId="2A2DCD09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3A1F8F30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67C4F1C3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097BB111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028FAED8" w14:textId="77777777" w:rsidTr="00FD185A">
        <w:tc>
          <w:tcPr>
            <w:tcW w:w="2943" w:type="dxa"/>
            <w:vAlign w:val="center"/>
          </w:tcPr>
          <w:p w14:paraId="056A5921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Skills / Simulation Teaching</w:t>
            </w:r>
          </w:p>
        </w:tc>
        <w:tc>
          <w:tcPr>
            <w:tcW w:w="1560" w:type="dxa"/>
          </w:tcPr>
          <w:p w14:paraId="5BE9F90A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3A03DB5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41033363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32D72413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7BB68DC6" w14:textId="77777777" w:rsidTr="00FD185A">
        <w:tc>
          <w:tcPr>
            <w:tcW w:w="2943" w:type="dxa"/>
            <w:vAlign w:val="center"/>
          </w:tcPr>
          <w:p w14:paraId="5D3341F3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Other Assigned Teaching</w:t>
            </w:r>
          </w:p>
        </w:tc>
        <w:tc>
          <w:tcPr>
            <w:tcW w:w="1560" w:type="dxa"/>
          </w:tcPr>
          <w:p w14:paraId="1275EAF0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50C2B3A2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58721B67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2C92182F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5BE5AFAD" w14:textId="77777777" w:rsidTr="00FD185A">
        <w:tc>
          <w:tcPr>
            <w:tcW w:w="2943" w:type="dxa"/>
            <w:shd w:val="clear" w:color="auto" w:fill="EAF2F8"/>
            <w:vAlign w:val="center"/>
          </w:tcPr>
          <w:p w14:paraId="2569E8CE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TOTAL</w:t>
            </w:r>
          </w:p>
        </w:tc>
        <w:tc>
          <w:tcPr>
            <w:tcW w:w="1560" w:type="dxa"/>
            <w:shd w:val="clear" w:color="auto" w:fill="EAF2F8"/>
          </w:tcPr>
          <w:p w14:paraId="6B14F4AF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shd w:val="clear" w:color="auto" w:fill="EAF2F8"/>
            <w:vAlign w:val="center"/>
          </w:tcPr>
          <w:p w14:paraId="1DFBD337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EAF2F8"/>
            <w:vAlign w:val="center"/>
          </w:tcPr>
          <w:p w14:paraId="60E29F59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shd w:val="clear" w:color="auto" w:fill="EAF2F8"/>
            <w:vAlign w:val="center"/>
          </w:tcPr>
          <w:p w14:paraId="71080646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079A1F0A" w14:textId="77777777" w:rsidTr="00FD185A">
        <w:tc>
          <w:tcPr>
            <w:tcW w:w="10314" w:type="dxa"/>
            <w:gridSpan w:val="5"/>
            <w:shd w:val="clear" w:color="auto" w:fill="8DB3E2" w:themeFill="text2" w:themeFillTint="66"/>
            <w:vAlign w:val="center"/>
          </w:tcPr>
          <w:p w14:paraId="1591709E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4"/>
              </w:rPr>
              <w:t>Faculty / Chairperson Certification</w:t>
            </w:r>
          </w:p>
        </w:tc>
      </w:tr>
      <w:tr w:rsidR="00EC133F" w:rsidRPr="003712FC" w14:paraId="57245991" w14:textId="77777777" w:rsidTr="00FD185A">
        <w:tc>
          <w:tcPr>
            <w:tcW w:w="2943" w:type="dxa"/>
            <w:shd w:val="clear" w:color="auto" w:fill="D9EAF7"/>
            <w:vAlign w:val="center"/>
          </w:tcPr>
          <w:p w14:paraId="3EA57A9B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Faculty Signature</w:t>
            </w:r>
          </w:p>
        </w:tc>
        <w:tc>
          <w:tcPr>
            <w:tcW w:w="3261" w:type="dxa"/>
            <w:gridSpan w:val="2"/>
            <w:vAlign w:val="center"/>
          </w:tcPr>
          <w:p w14:paraId="6D5D5A1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3155C64D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Date</w:t>
            </w:r>
          </w:p>
        </w:tc>
        <w:tc>
          <w:tcPr>
            <w:tcW w:w="2126" w:type="dxa"/>
            <w:vAlign w:val="center"/>
          </w:tcPr>
          <w:p w14:paraId="42A53663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49D64D07" w14:textId="77777777" w:rsidTr="00FD185A">
        <w:tc>
          <w:tcPr>
            <w:tcW w:w="2943" w:type="dxa"/>
            <w:shd w:val="clear" w:color="auto" w:fill="D9EAF7"/>
            <w:vAlign w:val="center"/>
          </w:tcPr>
          <w:p w14:paraId="288CF53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Chairperson Signature</w:t>
            </w:r>
          </w:p>
        </w:tc>
        <w:tc>
          <w:tcPr>
            <w:tcW w:w="3261" w:type="dxa"/>
            <w:gridSpan w:val="2"/>
            <w:vAlign w:val="center"/>
          </w:tcPr>
          <w:p w14:paraId="42A7AA73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3542E07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Date</w:t>
            </w:r>
          </w:p>
        </w:tc>
        <w:tc>
          <w:tcPr>
            <w:tcW w:w="2126" w:type="dxa"/>
            <w:vAlign w:val="center"/>
          </w:tcPr>
          <w:p w14:paraId="61A9CACF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3D55D99D" w14:textId="77777777" w:rsidR="00EC133F" w:rsidRDefault="00EC133F" w:rsidP="00EC133F">
      <w:pPr>
        <w:rPr>
          <w:rFonts w:ascii="Times New Roman" w:hAnsi="Times New Roman" w:cs="Times New Roman"/>
          <w:sz w:val="24"/>
        </w:rPr>
      </w:pPr>
    </w:p>
    <w:p w14:paraId="218A2E3C" w14:textId="77777777" w:rsidR="00EC133F" w:rsidRDefault="00EC133F" w:rsidP="00EC133F">
      <w:pPr>
        <w:rPr>
          <w:rFonts w:ascii="Times New Roman" w:hAnsi="Times New Roman" w:cs="Times New Roman"/>
          <w:b/>
          <w:sz w:val="28"/>
        </w:rPr>
      </w:pPr>
      <w:r w:rsidRPr="00A56E5C">
        <w:rPr>
          <w:rFonts w:ascii="Times New Roman" w:hAnsi="Times New Roman" w:cs="Times New Roman"/>
          <w:b/>
          <w:sz w:val="28"/>
        </w:rPr>
        <w:t xml:space="preserve">  </w:t>
      </w:r>
    </w:p>
    <w:p w14:paraId="4D1C713D" w14:textId="77777777" w:rsidR="00EC133F" w:rsidRDefault="00EC133F" w:rsidP="00EC133F">
      <w:pPr>
        <w:rPr>
          <w:rFonts w:ascii="Times New Roman" w:hAnsi="Times New Roman" w:cs="Times New Roman"/>
          <w:b/>
          <w:sz w:val="28"/>
        </w:rPr>
      </w:pPr>
    </w:p>
    <w:p w14:paraId="573108E6" w14:textId="0AD7B34C" w:rsidR="00EC133F" w:rsidRPr="00A56E5C" w:rsidRDefault="00EC133F" w:rsidP="00EC133F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8"/>
        </w:rPr>
        <w:t>I</w:t>
      </w:r>
      <w:r w:rsidRPr="00A56E5C">
        <w:rPr>
          <w:rFonts w:ascii="Times New Roman" w:hAnsi="Times New Roman" w:cs="Times New Roman"/>
          <w:b/>
          <w:sz w:val="28"/>
        </w:rPr>
        <w:t xml:space="preserve">. INDIVIDUAL FACULTY TEACHING HOURS ALLOCATION — </w:t>
      </w:r>
      <w:r>
        <w:rPr>
          <w:rFonts w:ascii="Times New Roman" w:hAnsi="Times New Roman" w:cs="Times New Roman"/>
          <w:b/>
          <w:sz w:val="28"/>
        </w:rPr>
        <w:t>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3"/>
        <w:gridCol w:w="1560"/>
        <w:gridCol w:w="1701"/>
        <w:gridCol w:w="1984"/>
        <w:gridCol w:w="2126"/>
      </w:tblGrid>
      <w:tr w:rsidR="00EC133F" w:rsidRPr="003712FC" w14:paraId="28A7D2A0" w14:textId="77777777" w:rsidTr="00FD185A">
        <w:tc>
          <w:tcPr>
            <w:tcW w:w="2943" w:type="dxa"/>
            <w:shd w:val="clear" w:color="auto" w:fill="D9EAF7"/>
            <w:vAlign w:val="center"/>
          </w:tcPr>
          <w:p w14:paraId="0F2F544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Faculty Name</w:t>
            </w:r>
          </w:p>
        </w:tc>
        <w:tc>
          <w:tcPr>
            <w:tcW w:w="3261" w:type="dxa"/>
            <w:gridSpan w:val="2"/>
            <w:vAlign w:val="center"/>
          </w:tcPr>
          <w:p w14:paraId="25C19AF0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0F61ACED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Designation</w:t>
            </w:r>
          </w:p>
        </w:tc>
        <w:tc>
          <w:tcPr>
            <w:tcW w:w="2126" w:type="dxa"/>
            <w:vAlign w:val="center"/>
          </w:tcPr>
          <w:p w14:paraId="3133BB5E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6B96F188" w14:textId="77777777" w:rsidTr="00FD185A">
        <w:tc>
          <w:tcPr>
            <w:tcW w:w="2943" w:type="dxa"/>
            <w:shd w:val="clear" w:color="auto" w:fill="D9EAF7"/>
            <w:vAlign w:val="center"/>
          </w:tcPr>
          <w:p w14:paraId="494816E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Department</w:t>
            </w:r>
          </w:p>
        </w:tc>
        <w:tc>
          <w:tcPr>
            <w:tcW w:w="3261" w:type="dxa"/>
            <w:gridSpan w:val="2"/>
            <w:vAlign w:val="center"/>
          </w:tcPr>
          <w:p w14:paraId="6DA42A8E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4E018D16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Academic Year</w:t>
            </w:r>
          </w:p>
        </w:tc>
        <w:tc>
          <w:tcPr>
            <w:tcW w:w="2126" w:type="dxa"/>
            <w:vAlign w:val="center"/>
          </w:tcPr>
          <w:p w14:paraId="2C8E5671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2"/>
              </w:rPr>
              <w:t>2025–26</w:t>
            </w:r>
          </w:p>
        </w:tc>
      </w:tr>
      <w:tr w:rsidR="00EC133F" w:rsidRPr="003712FC" w14:paraId="5DA899F3" w14:textId="77777777" w:rsidTr="00FD185A">
        <w:tc>
          <w:tcPr>
            <w:tcW w:w="2943" w:type="dxa"/>
            <w:shd w:val="clear" w:color="auto" w:fill="D9EAF7"/>
            <w:vAlign w:val="center"/>
          </w:tcPr>
          <w:p w14:paraId="18BCEF5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Primary Course / Subject</w:t>
            </w:r>
          </w:p>
        </w:tc>
        <w:tc>
          <w:tcPr>
            <w:tcW w:w="3261" w:type="dxa"/>
            <w:gridSpan w:val="2"/>
            <w:vAlign w:val="center"/>
          </w:tcPr>
          <w:p w14:paraId="23376721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1F7C1423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Reporting Period</w:t>
            </w:r>
          </w:p>
        </w:tc>
        <w:tc>
          <w:tcPr>
            <w:tcW w:w="2126" w:type="dxa"/>
            <w:vAlign w:val="center"/>
          </w:tcPr>
          <w:p w14:paraId="761D5090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342F7310" w14:textId="77777777" w:rsidTr="00FD185A">
        <w:tc>
          <w:tcPr>
            <w:tcW w:w="2943" w:type="dxa"/>
            <w:shd w:val="clear" w:color="auto" w:fill="D9EAF7"/>
            <w:vAlign w:val="center"/>
          </w:tcPr>
          <w:p w14:paraId="2826E003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Teaching Modality</w:t>
            </w:r>
          </w:p>
        </w:tc>
        <w:tc>
          <w:tcPr>
            <w:tcW w:w="1560" w:type="dxa"/>
            <w:shd w:val="clear" w:color="auto" w:fill="D9EAF7"/>
          </w:tcPr>
          <w:p w14:paraId="766C99AB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Year of MBBS</w:t>
            </w:r>
          </w:p>
        </w:tc>
        <w:tc>
          <w:tcPr>
            <w:tcW w:w="1701" w:type="dxa"/>
            <w:shd w:val="clear" w:color="auto" w:fill="D9EAF7"/>
            <w:vAlign w:val="center"/>
          </w:tcPr>
          <w:p w14:paraId="3F50395F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Module / Clinical rotation</w:t>
            </w:r>
          </w:p>
        </w:tc>
        <w:tc>
          <w:tcPr>
            <w:tcW w:w="1984" w:type="dxa"/>
            <w:shd w:val="clear" w:color="auto" w:fill="D9EAF7"/>
            <w:vAlign w:val="center"/>
          </w:tcPr>
          <w:p w14:paraId="03B5BBEB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Total Hours / Academic Year</w:t>
            </w:r>
          </w:p>
        </w:tc>
        <w:tc>
          <w:tcPr>
            <w:tcW w:w="2126" w:type="dxa"/>
            <w:shd w:val="clear" w:color="auto" w:fill="D9EAF7"/>
            <w:vAlign w:val="center"/>
          </w:tcPr>
          <w:p w14:paraId="6DF6E801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Remarks</w:t>
            </w:r>
          </w:p>
        </w:tc>
      </w:tr>
      <w:tr w:rsidR="00EC133F" w:rsidRPr="003712FC" w14:paraId="5B295A78" w14:textId="77777777" w:rsidTr="00FD185A">
        <w:tc>
          <w:tcPr>
            <w:tcW w:w="2943" w:type="dxa"/>
            <w:vAlign w:val="center"/>
          </w:tcPr>
          <w:p w14:paraId="1B5DFAAA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Large-Group / Lecture</w:t>
            </w:r>
          </w:p>
        </w:tc>
        <w:tc>
          <w:tcPr>
            <w:tcW w:w="1560" w:type="dxa"/>
          </w:tcPr>
          <w:p w14:paraId="7F661B07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0B27E27E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1428B47F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78A132DE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0E8C146F" w14:textId="77777777" w:rsidTr="00FD185A">
        <w:tc>
          <w:tcPr>
            <w:tcW w:w="2943" w:type="dxa"/>
            <w:vAlign w:val="center"/>
          </w:tcPr>
          <w:p w14:paraId="5C80961E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Small-Group Teaching / Tutorial</w:t>
            </w:r>
          </w:p>
        </w:tc>
        <w:tc>
          <w:tcPr>
            <w:tcW w:w="1560" w:type="dxa"/>
          </w:tcPr>
          <w:p w14:paraId="4C0BE5A6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7F75E898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69690082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7C456DA4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6F427B63" w14:textId="77777777" w:rsidTr="00FD185A">
        <w:tc>
          <w:tcPr>
            <w:tcW w:w="2943" w:type="dxa"/>
            <w:vAlign w:val="center"/>
          </w:tcPr>
          <w:p w14:paraId="2EF89083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Practical / Demonstration</w:t>
            </w:r>
          </w:p>
        </w:tc>
        <w:tc>
          <w:tcPr>
            <w:tcW w:w="1560" w:type="dxa"/>
          </w:tcPr>
          <w:p w14:paraId="10CCAF2F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7695D64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40308B76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2163084F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5D0EE902" w14:textId="77777777" w:rsidTr="00FD185A">
        <w:tc>
          <w:tcPr>
            <w:tcW w:w="2943" w:type="dxa"/>
            <w:vAlign w:val="center"/>
          </w:tcPr>
          <w:p w14:paraId="64848A1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Clinical / Bedside Teaching</w:t>
            </w:r>
          </w:p>
        </w:tc>
        <w:tc>
          <w:tcPr>
            <w:tcW w:w="1560" w:type="dxa"/>
          </w:tcPr>
          <w:p w14:paraId="4BB34BD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3871074A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633184B6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7DBD2A5B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2ED6663C" w14:textId="77777777" w:rsidTr="00FD185A">
        <w:tc>
          <w:tcPr>
            <w:tcW w:w="2943" w:type="dxa"/>
            <w:vAlign w:val="center"/>
          </w:tcPr>
          <w:p w14:paraId="200DC69F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CBL / Case-Based Learning</w:t>
            </w:r>
          </w:p>
        </w:tc>
        <w:tc>
          <w:tcPr>
            <w:tcW w:w="1560" w:type="dxa"/>
          </w:tcPr>
          <w:p w14:paraId="4B8993E2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77FB21EF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7851D00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75A750DF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0AC178AF" w14:textId="77777777" w:rsidTr="00FD185A">
        <w:tc>
          <w:tcPr>
            <w:tcW w:w="2943" w:type="dxa"/>
            <w:vAlign w:val="center"/>
          </w:tcPr>
          <w:p w14:paraId="721CE2F0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TBL / Team-Based Learning</w:t>
            </w:r>
          </w:p>
        </w:tc>
        <w:tc>
          <w:tcPr>
            <w:tcW w:w="1560" w:type="dxa"/>
          </w:tcPr>
          <w:p w14:paraId="593AF48B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45C44CF1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16C8883A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261EE84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2A3E1684" w14:textId="77777777" w:rsidTr="00FD185A">
        <w:tc>
          <w:tcPr>
            <w:tcW w:w="2943" w:type="dxa"/>
            <w:vAlign w:val="center"/>
          </w:tcPr>
          <w:p w14:paraId="3B3F8E57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Skills / Simulation Teaching</w:t>
            </w:r>
          </w:p>
        </w:tc>
        <w:tc>
          <w:tcPr>
            <w:tcW w:w="1560" w:type="dxa"/>
          </w:tcPr>
          <w:p w14:paraId="1044855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2FBCE786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7D0AD5FE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23C07B12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75AC3898" w14:textId="77777777" w:rsidTr="00FD185A">
        <w:tc>
          <w:tcPr>
            <w:tcW w:w="2943" w:type="dxa"/>
            <w:vAlign w:val="center"/>
          </w:tcPr>
          <w:p w14:paraId="2AF2898A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Other Assigned Teaching</w:t>
            </w:r>
          </w:p>
        </w:tc>
        <w:tc>
          <w:tcPr>
            <w:tcW w:w="1560" w:type="dxa"/>
          </w:tcPr>
          <w:p w14:paraId="359346D4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6E1108BB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1E88E659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04F993EA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218089F5" w14:textId="77777777" w:rsidTr="00FD185A">
        <w:tc>
          <w:tcPr>
            <w:tcW w:w="2943" w:type="dxa"/>
            <w:shd w:val="clear" w:color="auto" w:fill="EAF2F8"/>
            <w:vAlign w:val="center"/>
          </w:tcPr>
          <w:p w14:paraId="6B040F16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TOTAL</w:t>
            </w:r>
          </w:p>
        </w:tc>
        <w:tc>
          <w:tcPr>
            <w:tcW w:w="1560" w:type="dxa"/>
            <w:shd w:val="clear" w:color="auto" w:fill="EAF2F8"/>
          </w:tcPr>
          <w:p w14:paraId="15C3A02D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shd w:val="clear" w:color="auto" w:fill="EAF2F8"/>
            <w:vAlign w:val="center"/>
          </w:tcPr>
          <w:p w14:paraId="0CE4A87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EAF2F8"/>
            <w:vAlign w:val="center"/>
          </w:tcPr>
          <w:p w14:paraId="3B1F364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shd w:val="clear" w:color="auto" w:fill="EAF2F8"/>
            <w:vAlign w:val="center"/>
          </w:tcPr>
          <w:p w14:paraId="3771BD86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411AD717" w14:textId="77777777" w:rsidTr="00FD185A">
        <w:tc>
          <w:tcPr>
            <w:tcW w:w="10314" w:type="dxa"/>
            <w:gridSpan w:val="5"/>
            <w:shd w:val="clear" w:color="auto" w:fill="8DB3E2" w:themeFill="text2" w:themeFillTint="66"/>
            <w:vAlign w:val="center"/>
          </w:tcPr>
          <w:p w14:paraId="5B39526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4"/>
              </w:rPr>
              <w:t>Faculty / Chairperson Certification</w:t>
            </w:r>
          </w:p>
        </w:tc>
      </w:tr>
      <w:tr w:rsidR="00EC133F" w:rsidRPr="003712FC" w14:paraId="45A9633C" w14:textId="77777777" w:rsidTr="00FD185A">
        <w:tc>
          <w:tcPr>
            <w:tcW w:w="2943" w:type="dxa"/>
            <w:shd w:val="clear" w:color="auto" w:fill="D9EAF7"/>
            <w:vAlign w:val="center"/>
          </w:tcPr>
          <w:p w14:paraId="3DBA647F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Faculty Signature</w:t>
            </w:r>
          </w:p>
        </w:tc>
        <w:tc>
          <w:tcPr>
            <w:tcW w:w="3261" w:type="dxa"/>
            <w:gridSpan w:val="2"/>
            <w:vAlign w:val="center"/>
          </w:tcPr>
          <w:p w14:paraId="32AE3F7E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61C69911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Date</w:t>
            </w:r>
          </w:p>
        </w:tc>
        <w:tc>
          <w:tcPr>
            <w:tcW w:w="2126" w:type="dxa"/>
            <w:vAlign w:val="center"/>
          </w:tcPr>
          <w:p w14:paraId="1AEB0848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6B25A70C" w14:textId="77777777" w:rsidTr="00FD185A">
        <w:tc>
          <w:tcPr>
            <w:tcW w:w="2943" w:type="dxa"/>
            <w:shd w:val="clear" w:color="auto" w:fill="D9EAF7"/>
            <w:vAlign w:val="center"/>
          </w:tcPr>
          <w:p w14:paraId="0E50CDAA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Chairperson Signature</w:t>
            </w:r>
          </w:p>
        </w:tc>
        <w:tc>
          <w:tcPr>
            <w:tcW w:w="3261" w:type="dxa"/>
            <w:gridSpan w:val="2"/>
            <w:vAlign w:val="center"/>
          </w:tcPr>
          <w:p w14:paraId="4CEEB691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7CDEC146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Date</w:t>
            </w:r>
          </w:p>
        </w:tc>
        <w:tc>
          <w:tcPr>
            <w:tcW w:w="2126" w:type="dxa"/>
            <w:vAlign w:val="center"/>
          </w:tcPr>
          <w:p w14:paraId="08A98A27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636738DA" w14:textId="433D803B" w:rsidR="00EC133F" w:rsidRDefault="00EC133F" w:rsidP="00EC133F">
      <w:pPr>
        <w:rPr>
          <w:rFonts w:ascii="Times New Roman" w:hAnsi="Times New Roman" w:cs="Times New Roman"/>
          <w:sz w:val="24"/>
        </w:rPr>
      </w:pPr>
    </w:p>
    <w:p w14:paraId="296D2822" w14:textId="77777777" w:rsidR="00EC133F" w:rsidRDefault="00EC133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5BA96BE1" w14:textId="4AC6BDD3" w:rsidR="00EC133F" w:rsidRPr="00A56E5C" w:rsidRDefault="00EC133F" w:rsidP="00EC133F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8"/>
        </w:rPr>
        <w:lastRenderedPageBreak/>
        <w:t>J</w:t>
      </w:r>
      <w:r w:rsidRPr="00A56E5C">
        <w:rPr>
          <w:rFonts w:ascii="Times New Roman" w:hAnsi="Times New Roman" w:cs="Times New Roman"/>
          <w:b/>
          <w:sz w:val="28"/>
        </w:rPr>
        <w:t xml:space="preserve">. INDIVIDUAL FACULTY TEACHING HOURS ALLOCATION — </w:t>
      </w:r>
      <w:r>
        <w:rPr>
          <w:rFonts w:ascii="Times New Roman" w:hAnsi="Times New Roman" w:cs="Times New Roman"/>
          <w:b/>
          <w:sz w:val="28"/>
        </w:rPr>
        <w:t>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3"/>
        <w:gridCol w:w="1560"/>
        <w:gridCol w:w="1701"/>
        <w:gridCol w:w="1984"/>
        <w:gridCol w:w="2126"/>
      </w:tblGrid>
      <w:tr w:rsidR="00EC133F" w:rsidRPr="003712FC" w14:paraId="2900253D" w14:textId="77777777" w:rsidTr="00FD185A">
        <w:tc>
          <w:tcPr>
            <w:tcW w:w="2943" w:type="dxa"/>
            <w:shd w:val="clear" w:color="auto" w:fill="D9EAF7"/>
            <w:vAlign w:val="center"/>
          </w:tcPr>
          <w:p w14:paraId="0D9C742D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Faculty Name</w:t>
            </w:r>
          </w:p>
        </w:tc>
        <w:tc>
          <w:tcPr>
            <w:tcW w:w="3261" w:type="dxa"/>
            <w:gridSpan w:val="2"/>
            <w:vAlign w:val="center"/>
          </w:tcPr>
          <w:p w14:paraId="4621A93B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14660FD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Designation</w:t>
            </w:r>
          </w:p>
        </w:tc>
        <w:tc>
          <w:tcPr>
            <w:tcW w:w="2126" w:type="dxa"/>
            <w:vAlign w:val="center"/>
          </w:tcPr>
          <w:p w14:paraId="2A7A183A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28EB83C3" w14:textId="77777777" w:rsidTr="00FD185A">
        <w:tc>
          <w:tcPr>
            <w:tcW w:w="2943" w:type="dxa"/>
            <w:shd w:val="clear" w:color="auto" w:fill="D9EAF7"/>
            <w:vAlign w:val="center"/>
          </w:tcPr>
          <w:p w14:paraId="05A16989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Department</w:t>
            </w:r>
          </w:p>
        </w:tc>
        <w:tc>
          <w:tcPr>
            <w:tcW w:w="3261" w:type="dxa"/>
            <w:gridSpan w:val="2"/>
            <w:vAlign w:val="center"/>
          </w:tcPr>
          <w:p w14:paraId="1C5A4E1D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4F7381DB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Academic Year</w:t>
            </w:r>
          </w:p>
        </w:tc>
        <w:tc>
          <w:tcPr>
            <w:tcW w:w="2126" w:type="dxa"/>
            <w:vAlign w:val="center"/>
          </w:tcPr>
          <w:p w14:paraId="1D4987CD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2"/>
              </w:rPr>
              <w:t>2025–26</w:t>
            </w:r>
          </w:p>
        </w:tc>
      </w:tr>
      <w:tr w:rsidR="00EC133F" w:rsidRPr="003712FC" w14:paraId="132F18D8" w14:textId="77777777" w:rsidTr="00FD185A">
        <w:tc>
          <w:tcPr>
            <w:tcW w:w="2943" w:type="dxa"/>
            <w:shd w:val="clear" w:color="auto" w:fill="D9EAF7"/>
            <w:vAlign w:val="center"/>
          </w:tcPr>
          <w:p w14:paraId="6E2AA3D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Primary Course / Subject</w:t>
            </w:r>
          </w:p>
        </w:tc>
        <w:tc>
          <w:tcPr>
            <w:tcW w:w="3261" w:type="dxa"/>
            <w:gridSpan w:val="2"/>
            <w:vAlign w:val="center"/>
          </w:tcPr>
          <w:p w14:paraId="74DC13F8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39F6F90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Reporting Period</w:t>
            </w:r>
          </w:p>
        </w:tc>
        <w:tc>
          <w:tcPr>
            <w:tcW w:w="2126" w:type="dxa"/>
            <w:vAlign w:val="center"/>
          </w:tcPr>
          <w:p w14:paraId="52BC0C42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05ED9BA7" w14:textId="77777777" w:rsidTr="00FD185A">
        <w:tc>
          <w:tcPr>
            <w:tcW w:w="2943" w:type="dxa"/>
            <w:shd w:val="clear" w:color="auto" w:fill="D9EAF7"/>
            <w:vAlign w:val="center"/>
          </w:tcPr>
          <w:p w14:paraId="10D8DA48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Teaching Modality</w:t>
            </w:r>
          </w:p>
        </w:tc>
        <w:tc>
          <w:tcPr>
            <w:tcW w:w="1560" w:type="dxa"/>
            <w:shd w:val="clear" w:color="auto" w:fill="D9EAF7"/>
          </w:tcPr>
          <w:p w14:paraId="6A3ABE64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Year of MBBS</w:t>
            </w:r>
          </w:p>
        </w:tc>
        <w:tc>
          <w:tcPr>
            <w:tcW w:w="1701" w:type="dxa"/>
            <w:shd w:val="clear" w:color="auto" w:fill="D9EAF7"/>
            <w:vAlign w:val="center"/>
          </w:tcPr>
          <w:p w14:paraId="6AA6F20B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Module / Clinical rotation</w:t>
            </w:r>
          </w:p>
        </w:tc>
        <w:tc>
          <w:tcPr>
            <w:tcW w:w="1984" w:type="dxa"/>
            <w:shd w:val="clear" w:color="auto" w:fill="D9EAF7"/>
            <w:vAlign w:val="center"/>
          </w:tcPr>
          <w:p w14:paraId="21A08988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Total Hours / Academic Year</w:t>
            </w:r>
          </w:p>
        </w:tc>
        <w:tc>
          <w:tcPr>
            <w:tcW w:w="2126" w:type="dxa"/>
            <w:shd w:val="clear" w:color="auto" w:fill="D9EAF7"/>
            <w:vAlign w:val="center"/>
          </w:tcPr>
          <w:p w14:paraId="26C8F1B6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Remarks</w:t>
            </w:r>
          </w:p>
        </w:tc>
      </w:tr>
      <w:tr w:rsidR="00EC133F" w:rsidRPr="003712FC" w14:paraId="641F987D" w14:textId="77777777" w:rsidTr="00FD185A">
        <w:tc>
          <w:tcPr>
            <w:tcW w:w="2943" w:type="dxa"/>
            <w:vAlign w:val="center"/>
          </w:tcPr>
          <w:p w14:paraId="0779028E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Large-Group / Lecture</w:t>
            </w:r>
          </w:p>
        </w:tc>
        <w:tc>
          <w:tcPr>
            <w:tcW w:w="1560" w:type="dxa"/>
          </w:tcPr>
          <w:p w14:paraId="4863AD7E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3303A58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2DF2BF7B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54A8A06F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3016BD11" w14:textId="77777777" w:rsidTr="00FD185A">
        <w:tc>
          <w:tcPr>
            <w:tcW w:w="2943" w:type="dxa"/>
            <w:vAlign w:val="center"/>
          </w:tcPr>
          <w:p w14:paraId="2B29EF4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Small-Group Teaching / Tutorial</w:t>
            </w:r>
          </w:p>
        </w:tc>
        <w:tc>
          <w:tcPr>
            <w:tcW w:w="1560" w:type="dxa"/>
          </w:tcPr>
          <w:p w14:paraId="02CCE736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09CEBE7D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5B6E79E8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3847A877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40EBE590" w14:textId="77777777" w:rsidTr="00FD185A">
        <w:tc>
          <w:tcPr>
            <w:tcW w:w="2943" w:type="dxa"/>
            <w:vAlign w:val="center"/>
          </w:tcPr>
          <w:p w14:paraId="735FF4DD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Practical / Demonstration</w:t>
            </w:r>
          </w:p>
        </w:tc>
        <w:tc>
          <w:tcPr>
            <w:tcW w:w="1560" w:type="dxa"/>
          </w:tcPr>
          <w:p w14:paraId="4341AB43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4953EF3F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340E2FC9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1F4BFB14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5F1ED2AE" w14:textId="77777777" w:rsidTr="00FD185A">
        <w:tc>
          <w:tcPr>
            <w:tcW w:w="2943" w:type="dxa"/>
            <w:vAlign w:val="center"/>
          </w:tcPr>
          <w:p w14:paraId="34D2A11A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Clinical / Bedside Teaching</w:t>
            </w:r>
          </w:p>
        </w:tc>
        <w:tc>
          <w:tcPr>
            <w:tcW w:w="1560" w:type="dxa"/>
          </w:tcPr>
          <w:p w14:paraId="0F7B297B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02F30EA8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4185F4A2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4B06CE22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554A7AA8" w14:textId="77777777" w:rsidTr="00FD185A">
        <w:tc>
          <w:tcPr>
            <w:tcW w:w="2943" w:type="dxa"/>
            <w:vAlign w:val="center"/>
          </w:tcPr>
          <w:p w14:paraId="3C853F5E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CBL / Case-Based Learning</w:t>
            </w:r>
          </w:p>
        </w:tc>
        <w:tc>
          <w:tcPr>
            <w:tcW w:w="1560" w:type="dxa"/>
          </w:tcPr>
          <w:p w14:paraId="5EDCD10A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584C48F1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01973D5E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2219DD46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6D7DA3F9" w14:textId="77777777" w:rsidTr="00FD185A">
        <w:tc>
          <w:tcPr>
            <w:tcW w:w="2943" w:type="dxa"/>
            <w:vAlign w:val="center"/>
          </w:tcPr>
          <w:p w14:paraId="2550552A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TBL / Team-Based Learning</w:t>
            </w:r>
          </w:p>
        </w:tc>
        <w:tc>
          <w:tcPr>
            <w:tcW w:w="1560" w:type="dxa"/>
          </w:tcPr>
          <w:p w14:paraId="15DFEB0D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4A490D71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6F9578F9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544EC8E4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3A1851A3" w14:textId="77777777" w:rsidTr="00FD185A">
        <w:tc>
          <w:tcPr>
            <w:tcW w:w="2943" w:type="dxa"/>
            <w:vAlign w:val="center"/>
          </w:tcPr>
          <w:p w14:paraId="08087CC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Skills / Simulation Teaching</w:t>
            </w:r>
          </w:p>
        </w:tc>
        <w:tc>
          <w:tcPr>
            <w:tcW w:w="1560" w:type="dxa"/>
          </w:tcPr>
          <w:p w14:paraId="48A862F8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7EE99B28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62F25048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04FEB2A7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5A0CE399" w14:textId="77777777" w:rsidTr="00FD185A">
        <w:tc>
          <w:tcPr>
            <w:tcW w:w="2943" w:type="dxa"/>
            <w:vAlign w:val="center"/>
          </w:tcPr>
          <w:p w14:paraId="5200B10E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Other Assigned Teaching</w:t>
            </w:r>
          </w:p>
        </w:tc>
        <w:tc>
          <w:tcPr>
            <w:tcW w:w="1560" w:type="dxa"/>
          </w:tcPr>
          <w:p w14:paraId="7F9553ED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EC1B63E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087927D7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2AFA293D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372B347B" w14:textId="77777777" w:rsidTr="00FD185A">
        <w:tc>
          <w:tcPr>
            <w:tcW w:w="2943" w:type="dxa"/>
            <w:shd w:val="clear" w:color="auto" w:fill="EAF2F8"/>
            <w:vAlign w:val="center"/>
          </w:tcPr>
          <w:p w14:paraId="3B8447A3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TOTAL</w:t>
            </w:r>
          </w:p>
        </w:tc>
        <w:tc>
          <w:tcPr>
            <w:tcW w:w="1560" w:type="dxa"/>
            <w:shd w:val="clear" w:color="auto" w:fill="EAF2F8"/>
          </w:tcPr>
          <w:p w14:paraId="5CBD16FF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shd w:val="clear" w:color="auto" w:fill="EAF2F8"/>
            <w:vAlign w:val="center"/>
          </w:tcPr>
          <w:p w14:paraId="5D282C39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EAF2F8"/>
            <w:vAlign w:val="center"/>
          </w:tcPr>
          <w:p w14:paraId="69355CA6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shd w:val="clear" w:color="auto" w:fill="EAF2F8"/>
            <w:vAlign w:val="center"/>
          </w:tcPr>
          <w:p w14:paraId="3F303342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1D94B5CF" w14:textId="77777777" w:rsidTr="00FD185A">
        <w:tc>
          <w:tcPr>
            <w:tcW w:w="10314" w:type="dxa"/>
            <w:gridSpan w:val="5"/>
            <w:shd w:val="clear" w:color="auto" w:fill="8DB3E2" w:themeFill="text2" w:themeFillTint="66"/>
            <w:vAlign w:val="center"/>
          </w:tcPr>
          <w:p w14:paraId="0F8933CB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4"/>
              </w:rPr>
              <w:t>Faculty / Chairperson Certification</w:t>
            </w:r>
          </w:p>
        </w:tc>
      </w:tr>
      <w:tr w:rsidR="00EC133F" w:rsidRPr="003712FC" w14:paraId="1F267A35" w14:textId="77777777" w:rsidTr="00FD185A">
        <w:tc>
          <w:tcPr>
            <w:tcW w:w="2943" w:type="dxa"/>
            <w:shd w:val="clear" w:color="auto" w:fill="D9EAF7"/>
            <w:vAlign w:val="center"/>
          </w:tcPr>
          <w:p w14:paraId="6D0F8F7A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Faculty Signature</w:t>
            </w:r>
          </w:p>
        </w:tc>
        <w:tc>
          <w:tcPr>
            <w:tcW w:w="3261" w:type="dxa"/>
            <w:gridSpan w:val="2"/>
            <w:vAlign w:val="center"/>
          </w:tcPr>
          <w:p w14:paraId="09002DE4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66ED2CF6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Date</w:t>
            </w:r>
          </w:p>
        </w:tc>
        <w:tc>
          <w:tcPr>
            <w:tcW w:w="2126" w:type="dxa"/>
            <w:vAlign w:val="center"/>
          </w:tcPr>
          <w:p w14:paraId="33E2CEDB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2E03916B" w14:textId="77777777" w:rsidTr="00FD185A">
        <w:tc>
          <w:tcPr>
            <w:tcW w:w="2943" w:type="dxa"/>
            <w:shd w:val="clear" w:color="auto" w:fill="D9EAF7"/>
            <w:vAlign w:val="center"/>
          </w:tcPr>
          <w:p w14:paraId="222B042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Chairperson Signature</w:t>
            </w:r>
          </w:p>
        </w:tc>
        <w:tc>
          <w:tcPr>
            <w:tcW w:w="3261" w:type="dxa"/>
            <w:gridSpan w:val="2"/>
            <w:vAlign w:val="center"/>
          </w:tcPr>
          <w:p w14:paraId="674ABE74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39795F21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Date</w:t>
            </w:r>
          </w:p>
        </w:tc>
        <w:tc>
          <w:tcPr>
            <w:tcW w:w="2126" w:type="dxa"/>
            <w:vAlign w:val="center"/>
          </w:tcPr>
          <w:p w14:paraId="0043398D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59EE7C61" w14:textId="77777777" w:rsidR="00EC133F" w:rsidRDefault="00EC133F" w:rsidP="00EC133F">
      <w:pPr>
        <w:rPr>
          <w:rFonts w:ascii="Times New Roman" w:hAnsi="Times New Roman" w:cs="Times New Roman"/>
          <w:sz w:val="24"/>
        </w:rPr>
      </w:pPr>
    </w:p>
    <w:p w14:paraId="2D267A8B" w14:textId="77777777" w:rsidR="00EC133F" w:rsidRDefault="00EC133F" w:rsidP="00EC133F">
      <w:pPr>
        <w:rPr>
          <w:rFonts w:ascii="Times New Roman" w:hAnsi="Times New Roman" w:cs="Times New Roman"/>
          <w:b/>
          <w:sz w:val="28"/>
        </w:rPr>
      </w:pPr>
      <w:r w:rsidRPr="00A56E5C">
        <w:rPr>
          <w:rFonts w:ascii="Times New Roman" w:hAnsi="Times New Roman" w:cs="Times New Roman"/>
          <w:b/>
          <w:sz w:val="28"/>
        </w:rPr>
        <w:t xml:space="preserve">  </w:t>
      </w:r>
    </w:p>
    <w:p w14:paraId="3837F027" w14:textId="77777777" w:rsidR="00EC133F" w:rsidRDefault="00EC133F" w:rsidP="00EC133F">
      <w:pPr>
        <w:rPr>
          <w:rFonts w:ascii="Times New Roman" w:hAnsi="Times New Roman" w:cs="Times New Roman"/>
          <w:b/>
          <w:sz w:val="28"/>
        </w:rPr>
      </w:pPr>
    </w:p>
    <w:p w14:paraId="5504D0D9" w14:textId="022A6586" w:rsidR="00EC133F" w:rsidRPr="00A56E5C" w:rsidRDefault="00EC133F" w:rsidP="00EC133F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8"/>
        </w:rPr>
        <w:t>K</w:t>
      </w:r>
      <w:r w:rsidRPr="00A56E5C">
        <w:rPr>
          <w:rFonts w:ascii="Times New Roman" w:hAnsi="Times New Roman" w:cs="Times New Roman"/>
          <w:b/>
          <w:sz w:val="28"/>
        </w:rPr>
        <w:t xml:space="preserve">. INDIVIDUAL FACULTY TEACHING HOURS ALLOCATION — </w:t>
      </w:r>
      <w:r>
        <w:rPr>
          <w:rFonts w:ascii="Times New Roman" w:hAnsi="Times New Roman" w:cs="Times New Roman"/>
          <w:b/>
          <w:sz w:val="28"/>
        </w:rPr>
        <w:t>10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3"/>
        <w:gridCol w:w="1560"/>
        <w:gridCol w:w="1701"/>
        <w:gridCol w:w="1984"/>
        <w:gridCol w:w="2126"/>
      </w:tblGrid>
      <w:tr w:rsidR="00EC133F" w:rsidRPr="003712FC" w14:paraId="04BCCF49" w14:textId="77777777" w:rsidTr="00FD185A">
        <w:tc>
          <w:tcPr>
            <w:tcW w:w="2943" w:type="dxa"/>
            <w:shd w:val="clear" w:color="auto" w:fill="D9EAF7"/>
            <w:vAlign w:val="center"/>
          </w:tcPr>
          <w:p w14:paraId="34CCF604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Faculty Name</w:t>
            </w:r>
          </w:p>
        </w:tc>
        <w:tc>
          <w:tcPr>
            <w:tcW w:w="3261" w:type="dxa"/>
            <w:gridSpan w:val="2"/>
            <w:vAlign w:val="center"/>
          </w:tcPr>
          <w:p w14:paraId="3606C17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3C39773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Designation</w:t>
            </w:r>
          </w:p>
        </w:tc>
        <w:tc>
          <w:tcPr>
            <w:tcW w:w="2126" w:type="dxa"/>
            <w:vAlign w:val="center"/>
          </w:tcPr>
          <w:p w14:paraId="039EF8D6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6C6D5C3E" w14:textId="77777777" w:rsidTr="00FD185A">
        <w:tc>
          <w:tcPr>
            <w:tcW w:w="2943" w:type="dxa"/>
            <w:shd w:val="clear" w:color="auto" w:fill="D9EAF7"/>
            <w:vAlign w:val="center"/>
          </w:tcPr>
          <w:p w14:paraId="5A68D712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Department</w:t>
            </w:r>
          </w:p>
        </w:tc>
        <w:tc>
          <w:tcPr>
            <w:tcW w:w="3261" w:type="dxa"/>
            <w:gridSpan w:val="2"/>
            <w:vAlign w:val="center"/>
          </w:tcPr>
          <w:p w14:paraId="030FA62F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0A6707F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Academic Year</w:t>
            </w:r>
          </w:p>
        </w:tc>
        <w:tc>
          <w:tcPr>
            <w:tcW w:w="2126" w:type="dxa"/>
            <w:vAlign w:val="center"/>
          </w:tcPr>
          <w:p w14:paraId="2DA9F6CA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2"/>
              </w:rPr>
              <w:t>2025–26</w:t>
            </w:r>
          </w:p>
        </w:tc>
      </w:tr>
      <w:tr w:rsidR="00EC133F" w:rsidRPr="003712FC" w14:paraId="49638AE0" w14:textId="77777777" w:rsidTr="00FD185A">
        <w:tc>
          <w:tcPr>
            <w:tcW w:w="2943" w:type="dxa"/>
            <w:shd w:val="clear" w:color="auto" w:fill="D9EAF7"/>
            <w:vAlign w:val="center"/>
          </w:tcPr>
          <w:p w14:paraId="3A78A24F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Primary Course / Subject</w:t>
            </w:r>
          </w:p>
        </w:tc>
        <w:tc>
          <w:tcPr>
            <w:tcW w:w="3261" w:type="dxa"/>
            <w:gridSpan w:val="2"/>
            <w:vAlign w:val="center"/>
          </w:tcPr>
          <w:p w14:paraId="40F78299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7259EF83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Reporting Period</w:t>
            </w:r>
          </w:p>
        </w:tc>
        <w:tc>
          <w:tcPr>
            <w:tcW w:w="2126" w:type="dxa"/>
            <w:vAlign w:val="center"/>
          </w:tcPr>
          <w:p w14:paraId="7F465CD0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4F6BAC9E" w14:textId="77777777" w:rsidTr="00FD185A">
        <w:tc>
          <w:tcPr>
            <w:tcW w:w="2943" w:type="dxa"/>
            <w:shd w:val="clear" w:color="auto" w:fill="D9EAF7"/>
            <w:vAlign w:val="center"/>
          </w:tcPr>
          <w:p w14:paraId="0AD3A233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Teaching Modality</w:t>
            </w:r>
          </w:p>
        </w:tc>
        <w:tc>
          <w:tcPr>
            <w:tcW w:w="1560" w:type="dxa"/>
            <w:shd w:val="clear" w:color="auto" w:fill="D9EAF7"/>
          </w:tcPr>
          <w:p w14:paraId="74022470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Year of MBBS</w:t>
            </w:r>
          </w:p>
        </w:tc>
        <w:tc>
          <w:tcPr>
            <w:tcW w:w="1701" w:type="dxa"/>
            <w:shd w:val="clear" w:color="auto" w:fill="D9EAF7"/>
            <w:vAlign w:val="center"/>
          </w:tcPr>
          <w:p w14:paraId="113CD972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Module / Clinical rotation</w:t>
            </w:r>
          </w:p>
        </w:tc>
        <w:tc>
          <w:tcPr>
            <w:tcW w:w="1984" w:type="dxa"/>
            <w:shd w:val="clear" w:color="auto" w:fill="D9EAF7"/>
            <w:vAlign w:val="center"/>
          </w:tcPr>
          <w:p w14:paraId="666EAE86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Total Hours / Academic Year</w:t>
            </w:r>
          </w:p>
        </w:tc>
        <w:tc>
          <w:tcPr>
            <w:tcW w:w="2126" w:type="dxa"/>
            <w:shd w:val="clear" w:color="auto" w:fill="D9EAF7"/>
            <w:vAlign w:val="center"/>
          </w:tcPr>
          <w:p w14:paraId="3F2A28CA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0"/>
              </w:rPr>
              <w:t>Remarks</w:t>
            </w:r>
          </w:p>
        </w:tc>
      </w:tr>
      <w:tr w:rsidR="00EC133F" w:rsidRPr="003712FC" w14:paraId="52F40823" w14:textId="77777777" w:rsidTr="00FD185A">
        <w:tc>
          <w:tcPr>
            <w:tcW w:w="2943" w:type="dxa"/>
            <w:vAlign w:val="center"/>
          </w:tcPr>
          <w:p w14:paraId="70C9FE11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Large-Group / Lecture</w:t>
            </w:r>
          </w:p>
        </w:tc>
        <w:tc>
          <w:tcPr>
            <w:tcW w:w="1560" w:type="dxa"/>
          </w:tcPr>
          <w:p w14:paraId="1024B5C2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6B5D9663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005F35AD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5F9ADBED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21FC919B" w14:textId="77777777" w:rsidTr="00FD185A">
        <w:tc>
          <w:tcPr>
            <w:tcW w:w="2943" w:type="dxa"/>
            <w:vAlign w:val="center"/>
          </w:tcPr>
          <w:p w14:paraId="76E9044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Small-Group Teaching / Tutorial</w:t>
            </w:r>
          </w:p>
        </w:tc>
        <w:tc>
          <w:tcPr>
            <w:tcW w:w="1560" w:type="dxa"/>
          </w:tcPr>
          <w:p w14:paraId="6456D2CA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71E180E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731AD882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67F0F53A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18AC5DF2" w14:textId="77777777" w:rsidTr="00FD185A">
        <w:tc>
          <w:tcPr>
            <w:tcW w:w="2943" w:type="dxa"/>
            <w:vAlign w:val="center"/>
          </w:tcPr>
          <w:p w14:paraId="716AB17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Practical / Demonstration</w:t>
            </w:r>
          </w:p>
        </w:tc>
        <w:tc>
          <w:tcPr>
            <w:tcW w:w="1560" w:type="dxa"/>
          </w:tcPr>
          <w:p w14:paraId="2527DB82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051CCEA4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3D3016D6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78E8DE7D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785CDED2" w14:textId="77777777" w:rsidTr="00FD185A">
        <w:tc>
          <w:tcPr>
            <w:tcW w:w="2943" w:type="dxa"/>
            <w:vAlign w:val="center"/>
          </w:tcPr>
          <w:p w14:paraId="279CBC32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Clinical / Bedside Teaching</w:t>
            </w:r>
          </w:p>
        </w:tc>
        <w:tc>
          <w:tcPr>
            <w:tcW w:w="1560" w:type="dxa"/>
          </w:tcPr>
          <w:p w14:paraId="42EC953E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09264584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1C459233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34067FAD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6314DB68" w14:textId="77777777" w:rsidTr="00FD185A">
        <w:tc>
          <w:tcPr>
            <w:tcW w:w="2943" w:type="dxa"/>
            <w:vAlign w:val="center"/>
          </w:tcPr>
          <w:p w14:paraId="1DDD095D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CBL / Case-Based Learning</w:t>
            </w:r>
          </w:p>
        </w:tc>
        <w:tc>
          <w:tcPr>
            <w:tcW w:w="1560" w:type="dxa"/>
          </w:tcPr>
          <w:p w14:paraId="43BCFDFD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4468BE82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016154C7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0DFDF7B7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1089AD8E" w14:textId="77777777" w:rsidTr="00FD185A">
        <w:tc>
          <w:tcPr>
            <w:tcW w:w="2943" w:type="dxa"/>
            <w:vAlign w:val="center"/>
          </w:tcPr>
          <w:p w14:paraId="32320567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TBL / Team-Based Learning</w:t>
            </w:r>
          </w:p>
        </w:tc>
        <w:tc>
          <w:tcPr>
            <w:tcW w:w="1560" w:type="dxa"/>
          </w:tcPr>
          <w:p w14:paraId="44060FB1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3794D9E2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6477921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5A2D224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3BF8B00B" w14:textId="77777777" w:rsidTr="00FD185A">
        <w:tc>
          <w:tcPr>
            <w:tcW w:w="2943" w:type="dxa"/>
            <w:vAlign w:val="center"/>
          </w:tcPr>
          <w:p w14:paraId="0CD3E24D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Skills / Simulation Teaching</w:t>
            </w:r>
          </w:p>
        </w:tc>
        <w:tc>
          <w:tcPr>
            <w:tcW w:w="1560" w:type="dxa"/>
          </w:tcPr>
          <w:p w14:paraId="379D62EA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2BE874AA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0FD06671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48F6B7DF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152683F2" w14:textId="77777777" w:rsidTr="00FD185A">
        <w:tc>
          <w:tcPr>
            <w:tcW w:w="2943" w:type="dxa"/>
            <w:vAlign w:val="center"/>
          </w:tcPr>
          <w:p w14:paraId="4E865B28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sz w:val="20"/>
              </w:rPr>
              <w:t>Other Assigned Teaching</w:t>
            </w:r>
          </w:p>
        </w:tc>
        <w:tc>
          <w:tcPr>
            <w:tcW w:w="1560" w:type="dxa"/>
          </w:tcPr>
          <w:p w14:paraId="1363DA1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78B33012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0D4822D2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236C8491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735AE1FE" w14:textId="77777777" w:rsidTr="00FD185A">
        <w:tc>
          <w:tcPr>
            <w:tcW w:w="2943" w:type="dxa"/>
            <w:shd w:val="clear" w:color="auto" w:fill="EAF2F8"/>
            <w:vAlign w:val="center"/>
          </w:tcPr>
          <w:p w14:paraId="01A0A98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TOTAL</w:t>
            </w:r>
          </w:p>
        </w:tc>
        <w:tc>
          <w:tcPr>
            <w:tcW w:w="1560" w:type="dxa"/>
            <w:shd w:val="clear" w:color="auto" w:fill="EAF2F8"/>
          </w:tcPr>
          <w:p w14:paraId="0B93F530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shd w:val="clear" w:color="auto" w:fill="EAF2F8"/>
            <w:vAlign w:val="center"/>
          </w:tcPr>
          <w:p w14:paraId="4631E9D0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EAF2F8"/>
            <w:vAlign w:val="center"/>
          </w:tcPr>
          <w:p w14:paraId="03E39876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shd w:val="clear" w:color="auto" w:fill="EAF2F8"/>
            <w:vAlign w:val="center"/>
          </w:tcPr>
          <w:p w14:paraId="4D5C9207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1A0238F7" w14:textId="77777777" w:rsidTr="00FD185A">
        <w:tc>
          <w:tcPr>
            <w:tcW w:w="10314" w:type="dxa"/>
            <w:gridSpan w:val="5"/>
            <w:shd w:val="clear" w:color="auto" w:fill="8DB3E2" w:themeFill="text2" w:themeFillTint="66"/>
            <w:vAlign w:val="center"/>
          </w:tcPr>
          <w:p w14:paraId="009CCA1C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4"/>
              </w:rPr>
              <w:t>Faculty / Chairperson Certification</w:t>
            </w:r>
          </w:p>
        </w:tc>
      </w:tr>
      <w:tr w:rsidR="00EC133F" w:rsidRPr="003712FC" w14:paraId="7A04442A" w14:textId="77777777" w:rsidTr="00FD185A">
        <w:tc>
          <w:tcPr>
            <w:tcW w:w="2943" w:type="dxa"/>
            <w:shd w:val="clear" w:color="auto" w:fill="D9EAF7"/>
            <w:vAlign w:val="center"/>
          </w:tcPr>
          <w:p w14:paraId="62501653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Faculty Signature</w:t>
            </w:r>
          </w:p>
        </w:tc>
        <w:tc>
          <w:tcPr>
            <w:tcW w:w="3261" w:type="dxa"/>
            <w:gridSpan w:val="2"/>
            <w:vAlign w:val="center"/>
          </w:tcPr>
          <w:p w14:paraId="35755524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71502649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Date</w:t>
            </w:r>
          </w:p>
        </w:tc>
        <w:tc>
          <w:tcPr>
            <w:tcW w:w="2126" w:type="dxa"/>
            <w:vAlign w:val="center"/>
          </w:tcPr>
          <w:p w14:paraId="2AD9A10D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C133F" w:rsidRPr="003712FC" w14:paraId="33155E34" w14:textId="77777777" w:rsidTr="00FD185A">
        <w:tc>
          <w:tcPr>
            <w:tcW w:w="2943" w:type="dxa"/>
            <w:shd w:val="clear" w:color="auto" w:fill="D9EAF7"/>
            <w:vAlign w:val="center"/>
          </w:tcPr>
          <w:p w14:paraId="10B7F44D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Chairperson Signature</w:t>
            </w:r>
          </w:p>
        </w:tc>
        <w:tc>
          <w:tcPr>
            <w:tcW w:w="3261" w:type="dxa"/>
            <w:gridSpan w:val="2"/>
            <w:vAlign w:val="center"/>
          </w:tcPr>
          <w:p w14:paraId="7C23D6F5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D9EAF7"/>
            <w:vAlign w:val="center"/>
          </w:tcPr>
          <w:p w14:paraId="05FA5C8F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12FC">
              <w:rPr>
                <w:rFonts w:ascii="Times New Roman" w:hAnsi="Times New Roman" w:cs="Times New Roman"/>
                <w:b/>
                <w:sz w:val="22"/>
              </w:rPr>
              <w:t>Date</w:t>
            </w:r>
          </w:p>
        </w:tc>
        <w:tc>
          <w:tcPr>
            <w:tcW w:w="2126" w:type="dxa"/>
            <w:vAlign w:val="center"/>
          </w:tcPr>
          <w:p w14:paraId="70BD8E9F" w14:textId="77777777" w:rsidR="00EC133F" w:rsidRPr="003712FC" w:rsidRDefault="00EC133F" w:rsidP="00FD18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56F65591" w14:textId="77777777" w:rsidR="00EC133F" w:rsidRPr="003712FC" w:rsidRDefault="00EC133F" w:rsidP="00EC133F">
      <w:pPr>
        <w:rPr>
          <w:rFonts w:ascii="Times New Roman" w:hAnsi="Times New Roman" w:cs="Times New Roman"/>
          <w:sz w:val="24"/>
        </w:rPr>
      </w:pPr>
    </w:p>
    <w:sectPr w:rsidR="00EC133F" w:rsidRPr="003712FC" w:rsidSect="00B1198C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712FC"/>
    <w:rsid w:val="0045064E"/>
    <w:rsid w:val="00A56E5C"/>
    <w:rsid w:val="00AA1D8D"/>
    <w:rsid w:val="00B1198C"/>
    <w:rsid w:val="00B47730"/>
    <w:rsid w:val="00CB0664"/>
    <w:rsid w:val="00E3470B"/>
    <w:rsid w:val="00E8159C"/>
    <w:rsid w:val="00EC133F"/>
    <w:rsid w:val="00FC693F"/>
    <w:rsid w:val="00FD2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DF31F5"/>
  <w14:defaultImageDpi w14:val="300"/>
  <w15:docId w15:val="{5E5496FF-E1F3-674B-BCFC-6E9BD6968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DCA13DB-F3E5-412A-98F9-1AB74A53B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1054</Words>
  <Characters>6010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7050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KGMC-DME-IMRAN</cp:lastModifiedBy>
  <cp:revision>6</cp:revision>
  <dcterms:created xsi:type="dcterms:W3CDTF">2026-09-17T05:03:00Z</dcterms:created>
  <dcterms:modified xsi:type="dcterms:W3CDTF">2026-09-17T06:16:00Z</dcterms:modified>
  <cp:category/>
</cp:coreProperties>
</file>